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998" w14:textId="63060B6A" w:rsidR="00590381" w:rsidRPr="008776B5" w:rsidRDefault="7A2DCEC0" w:rsidP="3C18CA4C">
      <w:pPr>
        <w:pStyle w:val="Heading1"/>
      </w:pPr>
      <w:r>
        <w:t>CAMM</w:t>
      </w:r>
      <w:r w:rsidR="3AE3CEDF">
        <w:t xml:space="preserve"> </w:t>
      </w:r>
      <w:r w:rsidR="72A97A0B">
        <w:t xml:space="preserve">Meeting </w:t>
      </w:r>
      <w:r w:rsidR="3B80AAEA">
        <w:t xml:space="preserve">Agenda </w:t>
      </w:r>
    </w:p>
    <w:p w14:paraId="1B389759" w14:textId="77777777" w:rsidR="001D1BEF" w:rsidRPr="001D1BEF" w:rsidRDefault="001D1BEF" w:rsidP="001D1BEF"/>
    <w:p w14:paraId="6B569E8B" w14:textId="0DB1A565" w:rsidR="0E16F083" w:rsidRPr="008776B5" w:rsidRDefault="0E16F083" w:rsidP="1A22CE04">
      <w:pPr>
        <w:pStyle w:val="Heading2"/>
        <w:rPr>
          <w:color w:val="1F497D" w:themeColor="text2"/>
        </w:rPr>
      </w:pPr>
      <w:r w:rsidRPr="008776B5">
        <w:rPr>
          <w:color w:val="1F497D" w:themeColor="text2"/>
        </w:rPr>
        <w:t xml:space="preserve">Meeting Details  </w:t>
      </w:r>
    </w:p>
    <w:p w14:paraId="13C6B559" w14:textId="252ECD95" w:rsidR="001B5E4F" w:rsidRPr="009674A1" w:rsidRDefault="5AE07EA8" w:rsidP="601D8C7C">
      <w:pPr>
        <w:spacing w:after="120" w:line="240" w:lineRule="auto"/>
        <w:rPr>
          <w:sz w:val="22"/>
          <w:szCs w:val="22"/>
        </w:rPr>
      </w:pPr>
      <w:r w:rsidRPr="3C18CA4C">
        <w:rPr>
          <w:b/>
          <w:bCs/>
          <w:sz w:val="22"/>
          <w:szCs w:val="22"/>
        </w:rPr>
        <w:t>Type</w:t>
      </w:r>
      <w:r w:rsidRPr="3C18CA4C">
        <w:rPr>
          <w:sz w:val="22"/>
          <w:szCs w:val="22"/>
        </w:rPr>
        <w:t>:</w:t>
      </w:r>
      <w:r w:rsidR="52189CFC" w:rsidRPr="3C18CA4C">
        <w:rPr>
          <w:sz w:val="22"/>
          <w:szCs w:val="22"/>
        </w:rPr>
        <w:t xml:space="preserve"> </w:t>
      </w:r>
      <w:r>
        <w:tab/>
      </w:r>
      <w:r>
        <w:tab/>
      </w:r>
      <w:r w:rsidRPr="3C18CA4C">
        <w:rPr>
          <w:sz w:val="22"/>
          <w:szCs w:val="22"/>
        </w:rPr>
        <w:t>Technical Group</w:t>
      </w:r>
    </w:p>
    <w:p w14:paraId="2FDA3EBD" w14:textId="3EDE9DD3" w:rsidR="5925CF03" w:rsidRDefault="5AE07EA8" w:rsidP="01CC4094">
      <w:pPr>
        <w:spacing w:after="120" w:line="240" w:lineRule="auto"/>
      </w:pPr>
      <w:r w:rsidRPr="01CC4094">
        <w:rPr>
          <w:b/>
          <w:bCs/>
          <w:sz w:val="22"/>
          <w:szCs w:val="22"/>
        </w:rPr>
        <w:t xml:space="preserve">Date: </w:t>
      </w:r>
      <w:r w:rsidR="1FD6D8C2" w:rsidRPr="01CC4094">
        <w:rPr>
          <w:b/>
          <w:bCs/>
          <w:sz w:val="22"/>
          <w:szCs w:val="22"/>
        </w:rPr>
        <w:t xml:space="preserve"> </w:t>
      </w:r>
      <w:r w:rsidR="5925CF03">
        <w:tab/>
      </w:r>
      <w:r w:rsidR="5925CF03">
        <w:tab/>
      </w:r>
      <w:r w:rsidR="5925CF03" w:rsidRPr="01CC4094">
        <w:rPr>
          <w:sz w:val="22"/>
          <w:szCs w:val="22"/>
        </w:rPr>
        <w:t>Wednesday, August 19, 2026</w:t>
      </w:r>
      <w:r w:rsidR="3628D081" w:rsidRPr="01CC4094">
        <w:rPr>
          <w:sz w:val="22"/>
          <w:szCs w:val="22"/>
        </w:rPr>
        <w:t xml:space="preserve"> / </w:t>
      </w:r>
      <w:r w:rsidR="5925CF03" w:rsidRPr="01CC4094">
        <w:rPr>
          <w:sz w:val="22"/>
          <w:szCs w:val="22"/>
        </w:rPr>
        <w:t>10am</w:t>
      </w:r>
    </w:p>
    <w:p w14:paraId="40D0CE5C" w14:textId="7AB0B5E0" w:rsidR="5AE07EA8" w:rsidRDefault="5AE07EA8" w:rsidP="3068EB90">
      <w:pPr>
        <w:spacing w:line="240" w:lineRule="auto"/>
        <w:rPr>
          <w:sz w:val="22"/>
          <w:szCs w:val="22"/>
        </w:rPr>
      </w:pPr>
      <w:r w:rsidRPr="24B9C089">
        <w:rPr>
          <w:b/>
          <w:bCs/>
          <w:sz w:val="22"/>
          <w:szCs w:val="22"/>
        </w:rPr>
        <w:t>Location:</w:t>
      </w:r>
      <w:r w:rsidR="78C48E09" w:rsidRPr="24B9C089">
        <w:rPr>
          <w:b/>
          <w:bCs/>
          <w:sz w:val="22"/>
          <w:szCs w:val="22"/>
        </w:rPr>
        <w:t xml:space="preserve"> </w:t>
      </w:r>
      <w:r w:rsidRPr="3068EB90">
        <w:rPr>
          <w:sz w:val="22"/>
          <w:szCs w:val="22"/>
        </w:rPr>
        <w:t xml:space="preserve"> </w:t>
      </w:r>
      <w:r>
        <w:tab/>
      </w:r>
      <w:r w:rsidRPr="3068EB90">
        <w:rPr>
          <w:sz w:val="22"/>
          <w:szCs w:val="22"/>
        </w:rPr>
        <w:t>Hybrid</w:t>
      </w:r>
      <w:r w:rsidR="796E90F3" w:rsidRPr="3068EB90">
        <w:rPr>
          <w:sz w:val="22"/>
          <w:szCs w:val="22"/>
        </w:rPr>
        <w:t xml:space="preserve">: CCS </w:t>
      </w:r>
      <w:r w:rsidR="4B22BF12" w:rsidRPr="3068EB90">
        <w:rPr>
          <w:sz w:val="22"/>
          <w:szCs w:val="22"/>
        </w:rPr>
        <w:t>Auditorium</w:t>
      </w:r>
      <w:r w:rsidR="796E90F3" w:rsidRPr="3068EB90">
        <w:rPr>
          <w:sz w:val="22"/>
          <w:szCs w:val="22"/>
        </w:rPr>
        <w:t xml:space="preserve"> and Zoom</w:t>
      </w:r>
    </w:p>
    <w:p w14:paraId="2DF67428" w14:textId="4130EF2A" w:rsidR="444CDE72" w:rsidRDefault="444CDE72" w:rsidP="3C18CA4C">
      <w:pPr>
        <w:spacing w:line="240" w:lineRule="auto"/>
        <w:rPr>
          <w:sz w:val="22"/>
          <w:szCs w:val="22"/>
        </w:rPr>
      </w:pPr>
    </w:p>
    <w:p w14:paraId="57B4054A" w14:textId="21F05460" w:rsidR="7D806BA9" w:rsidRDefault="6C8A2F02" w:rsidP="7D806BA9">
      <w:pPr>
        <w:spacing w:line="240" w:lineRule="auto"/>
        <w:rPr>
          <w:b/>
          <w:bCs/>
          <w:sz w:val="22"/>
          <w:szCs w:val="22"/>
        </w:rPr>
      </w:pPr>
      <w:r w:rsidRPr="4E09AD54">
        <w:rPr>
          <w:b/>
          <w:bCs/>
          <w:sz w:val="22"/>
          <w:szCs w:val="22"/>
        </w:rPr>
        <w:t xml:space="preserve">Zoom: </w:t>
      </w:r>
    </w:p>
    <w:p w14:paraId="152B6328" w14:textId="6085706D" w:rsidR="444CDE72" w:rsidRDefault="444CDE72" w:rsidP="3C18CA4C">
      <w:pPr>
        <w:spacing w:line="240" w:lineRule="auto"/>
      </w:pPr>
      <w:hyperlink r:id="rId10">
        <w:r w:rsidRPr="3C18CA4C">
          <w:rPr>
            <w:sz w:val="22"/>
            <w:szCs w:val="22"/>
          </w:rPr>
          <w:t>https://us02web.zoom.us/j/85298899956?pwd=Lpm3aBthVayCVaGlsSnnTGK6GOJVYw.1</w:t>
        </w:r>
      </w:hyperlink>
      <w:r w:rsidR="44155EB8" w:rsidRPr="7CA106CD">
        <w:rPr>
          <w:sz w:val="22"/>
          <w:szCs w:val="22"/>
        </w:rPr>
        <w:t xml:space="preserve"> </w:t>
      </w:r>
    </w:p>
    <w:p w14:paraId="4E78622E" w14:textId="7EC49637" w:rsidR="444CDE72" w:rsidRDefault="444CDE72" w:rsidP="3C18CA4C">
      <w:pPr>
        <w:spacing w:line="240" w:lineRule="auto"/>
        <w:rPr>
          <w:sz w:val="22"/>
          <w:szCs w:val="22"/>
        </w:rPr>
      </w:pPr>
      <w:r w:rsidRPr="5DEF2D1A">
        <w:rPr>
          <w:b/>
          <w:bCs/>
          <w:sz w:val="22"/>
          <w:szCs w:val="22"/>
        </w:rPr>
        <w:t xml:space="preserve"> Meeting ID: </w:t>
      </w:r>
      <w:r w:rsidRPr="3C18CA4C">
        <w:rPr>
          <w:sz w:val="22"/>
          <w:szCs w:val="22"/>
        </w:rPr>
        <w:t>852 9889 9956</w:t>
      </w:r>
    </w:p>
    <w:p w14:paraId="36D1257D" w14:textId="259755F6" w:rsidR="444CDE72" w:rsidRDefault="444CDE72" w:rsidP="3C18CA4C">
      <w:pPr>
        <w:spacing w:line="240" w:lineRule="auto"/>
        <w:rPr>
          <w:sz w:val="22"/>
          <w:szCs w:val="22"/>
        </w:rPr>
      </w:pPr>
      <w:r w:rsidRPr="68299EED">
        <w:rPr>
          <w:b/>
          <w:bCs/>
          <w:sz w:val="22"/>
          <w:szCs w:val="22"/>
        </w:rPr>
        <w:t xml:space="preserve">Passcode: </w:t>
      </w:r>
      <w:r w:rsidRPr="3C18CA4C">
        <w:rPr>
          <w:sz w:val="22"/>
          <w:szCs w:val="22"/>
        </w:rPr>
        <w:t>408638</w:t>
      </w:r>
    </w:p>
    <w:p w14:paraId="068273C0" w14:textId="042C1FFD" w:rsidR="3C18CA4C" w:rsidRDefault="3C18CA4C" w:rsidP="3C18CA4C">
      <w:pPr>
        <w:spacing w:line="240" w:lineRule="auto"/>
        <w:rPr>
          <w:sz w:val="22"/>
          <w:szCs w:val="22"/>
        </w:rPr>
      </w:pPr>
    </w:p>
    <w:p w14:paraId="7CE60A00" w14:textId="77777777" w:rsidR="00590381" w:rsidRPr="008776B5" w:rsidRDefault="05D5BE9E" w:rsidP="1A22CE04">
      <w:pPr>
        <w:pStyle w:val="Heading2"/>
        <w:rPr>
          <w:color w:val="1F497D" w:themeColor="text2"/>
          <w:sz w:val="32"/>
          <w:szCs w:val="32"/>
        </w:rPr>
      </w:pPr>
      <w:r w:rsidRPr="008776B5">
        <w:rPr>
          <w:color w:val="1F497D" w:themeColor="text2"/>
        </w:rPr>
        <w:t>Agenda</w:t>
      </w:r>
    </w:p>
    <w:p w14:paraId="0306A2E8" w14:textId="1B554146" w:rsidR="00590381" w:rsidRPr="009674A1" w:rsidRDefault="48E87870" w:rsidP="1374F223">
      <w:pPr>
        <w:pStyle w:val="ListParagraph"/>
        <w:numPr>
          <w:ilvl w:val="0"/>
          <w:numId w:val="10"/>
        </w:numPr>
        <w:spacing w:line="40" w:lineRule="atLeast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Call to order</w:t>
      </w:r>
      <w:r w:rsidR="00590381">
        <w:tab/>
      </w:r>
      <w:r w:rsidR="00590381">
        <w:tab/>
      </w:r>
    </w:p>
    <w:p w14:paraId="52EF01B5" w14:textId="11135203" w:rsidR="00590381" w:rsidRPr="009674A1" w:rsidRDefault="48E87870" w:rsidP="1374F223">
      <w:pPr>
        <w:pStyle w:val="ListParagraph"/>
        <w:numPr>
          <w:ilvl w:val="0"/>
          <w:numId w:val="10"/>
        </w:numPr>
        <w:spacing w:line="480" w:lineRule="auto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Approval of previous minutes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EF3459" w14:textId="2649F7C4" w:rsidR="00590381" w:rsidRPr="009674A1" w:rsidRDefault="48E87870" w:rsidP="1374F223">
      <w:pPr>
        <w:pStyle w:val="ListParagraph"/>
        <w:numPr>
          <w:ilvl w:val="0"/>
          <w:numId w:val="10"/>
        </w:numPr>
        <w:spacing w:line="480" w:lineRule="auto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Additions to the agenda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F76D9C" w14:textId="12813AC8" w:rsidR="15DB6096" w:rsidRDefault="4FE66911" w:rsidP="01CC4094">
      <w:pPr>
        <w:pStyle w:val="ListParagraph"/>
        <w:numPr>
          <w:ilvl w:val="0"/>
          <w:numId w:val="10"/>
        </w:numPr>
        <w:spacing w:line="480" w:lineRule="auto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Officer Reports</w:t>
      </w:r>
    </w:p>
    <w:p w14:paraId="098E61AD" w14:textId="6A4A1DCA" w:rsidR="15DB6096" w:rsidRDefault="4FE66911" w:rsidP="194F8468">
      <w:pPr>
        <w:pStyle w:val="ListParagraph"/>
        <w:numPr>
          <w:ilvl w:val="2"/>
          <w:numId w:val="1"/>
        </w:numPr>
        <w:spacing w:line="240" w:lineRule="auto"/>
        <w:rPr>
          <w:b/>
          <w:bCs/>
          <w:sz w:val="22"/>
          <w:szCs w:val="22"/>
        </w:rPr>
      </w:pPr>
      <w:r w:rsidRPr="194F8468">
        <w:rPr>
          <w:b/>
          <w:bCs/>
          <w:sz w:val="22"/>
          <w:szCs w:val="22"/>
        </w:rPr>
        <w:t>Chair</w:t>
      </w:r>
    </w:p>
    <w:p w14:paraId="738B50DE" w14:textId="3423852C" w:rsidR="15DB6096" w:rsidRDefault="4FE66911" w:rsidP="194F8468">
      <w:pPr>
        <w:pStyle w:val="ListParagraph"/>
        <w:numPr>
          <w:ilvl w:val="2"/>
          <w:numId w:val="1"/>
        </w:numPr>
        <w:spacing w:line="240" w:lineRule="auto"/>
        <w:rPr>
          <w:b/>
          <w:bCs/>
          <w:sz w:val="22"/>
          <w:szCs w:val="22"/>
        </w:rPr>
      </w:pPr>
      <w:r w:rsidRPr="194F8468">
        <w:rPr>
          <w:b/>
          <w:bCs/>
          <w:sz w:val="22"/>
          <w:szCs w:val="22"/>
        </w:rPr>
        <w:t>Vice Chair</w:t>
      </w:r>
    </w:p>
    <w:p w14:paraId="743A50DF" w14:textId="30832CCE" w:rsidR="15DB6096" w:rsidRDefault="4FE66911" w:rsidP="194F8468">
      <w:pPr>
        <w:pStyle w:val="ListParagraph"/>
        <w:numPr>
          <w:ilvl w:val="2"/>
          <w:numId w:val="1"/>
        </w:numPr>
        <w:spacing w:line="240" w:lineRule="auto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Secretary</w:t>
      </w:r>
    </w:p>
    <w:p w14:paraId="02569E71" w14:textId="064AC85A" w:rsidR="01CC4094" w:rsidRDefault="01CC4094" w:rsidP="01CC4094">
      <w:pPr>
        <w:pStyle w:val="ListParagraph"/>
        <w:spacing w:line="240" w:lineRule="auto"/>
        <w:ind w:left="1440"/>
        <w:rPr>
          <w:sz w:val="22"/>
          <w:szCs w:val="22"/>
        </w:rPr>
      </w:pPr>
    </w:p>
    <w:p w14:paraId="07143E43" w14:textId="14B740E8" w:rsidR="48E87870" w:rsidRDefault="48E87870" w:rsidP="01CC4094">
      <w:pPr>
        <w:pStyle w:val="ListParagraph"/>
        <w:numPr>
          <w:ilvl w:val="0"/>
          <w:numId w:val="10"/>
        </w:numPr>
        <w:spacing w:line="480" w:lineRule="auto"/>
        <w:rPr>
          <w:sz w:val="22"/>
          <w:szCs w:val="22"/>
        </w:rPr>
      </w:pPr>
      <w:r w:rsidRPr="01CC4094">
        <w:rPr>
          <w:b/>
          <w:bCs/>
          <w:sz w:val="22"/>
          <w:szCs w:val="22"/>
        </w:rPr>
        <w:t>CCS staff reports</w:t>
      </w:r>
      <w:r w:rsidR="1377C536" w:rsidRPr="01CC4094">
        <w:rPr>
          <w:b/>
          <w:bCs/>
          <w:sz w:val="22"/>
          <w:szCs w:val="22"/>
        </w:rPr>
        <w:t xml:space="preserve">: </w:t>
      </w:r>
    </w:p>
    <w:p w14:paraId="527856BD" w14:textId="10613A66" w:rsidR="35E58903" w:rsidRDefault="50992CE1" w:rsidP="50992CE1">
      <w:pPr>
        <w:spacing w:line="480" w:lineRule="auto"/>
        <w:ind w:left="720"/>
      </w:pPr>
      <w:r w:rsidRPr="50992CE1">
        <w:rPr>
          <w:b/>
          <w:bCs/>
          <w:sz w:val="22"/>
          <w:szCs w:val="22"/>
        </w:rPr>
        <w:t xml:space="preserve">Debra: </w:t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  <w:r w:rsidRPr="50992CE1">
        <w:rPr>
          <w:sz w:val="22"/>
          <w:szCs w:val="22"/>
        </w:rPr>
        <w:t>25 minutes</w:t>
      </w:r>
    </w:p>
    <w:p w14:paraId="03A94F9F" w14:textId="709C6E0F" w:rsidR="16AC88B5" w:rsidRDefault="50992CE1" w:rsidP="01CC4094">
      <w:pPr>
        <w:pStyle w:val="ListParagraph"/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50992CE1">
        <w:rPr>
          <w:sz w:val="22"/>
          <w:szCs w:val="22"/>
        </w:rPr>
        <w:t>BiblioCore Launch</w:t>
      </w:r>
    </w:p>
    <w:p w14:paraId="1EF6EAFA" w14:textId="1E46B42D" w:rsidR="50992CE1" w:rsidRDefault="50992CE1" w:rsidP="50992CE1">
      <w:pPr>
        <w:pStyle w:val="ListParagraph"/>
        <w:numPr>
          <w:ilvl w:val="1"/>
          <w:numId w:val="8"/>
        </w:numPr>
        <w:spacing w:line="240" w:lineRule="auto"/>
        <w:rPr>
          <w:sz w:val="22"/>
          <w:szCs w:val="22"/>
        </w:rPr>
      </w:pPr>
      <w:r w:rsidRPr="50992CE1">
        <w:rPr>
          <w:sz w:val="22"/>
          <w:szCs w:val="22"/>
        </w:rPr>
        <w:t>Performance Issues</w:t>
      </w:r>
    </w:p>
    <w:p w14:paraId="6358F38B" w14:textId="7517FB61" w:rsidR="50992CE1" w:rsidRDefault="50992CE1" w:rsidP="50992CE1">
      <w:pPr>
        <w:pStyle w:val="ListParagraph"/>
        <w:numPr>
          <w:ilvl w:val="1"/>
          <w:numId w:val="8"/>
        </w:numPr>
        <w:spacing w:line="240" w:lineRule="auto"/>
        <w:rPr>
          <w:sz w:val="22"/>
          <w:szCs w:val="22"/>
        </w:rPr>
      </w:pPr>
      <w:r w:rsidRPr="50992CE1">
        <w:rPr>
          <w:sz w:val="22"/>
          <w:szCs w:val="22"/>
        </w:rPr>
        <w:t>EContent Display Updates</w:t>
      </w:r>
    </w:p>
    <w:p w14:paraId="66241683" w14:textId="66A5D6B3" w:rsidR="5FF9122D" w:rsidRDefault="5FF9122D" w:rsidP="1374F223">
      <w:pPr>
        <w:pStyle w:val="ListParagraph"/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1374F223">
        <w:rPr>
          <w:sz w:val="22"/>
          <w:szCs w:val="22"/>
        </w:rPr>
        <w:t>Rolling Meadows and Wauconda Migrations</w:t>
      </w:r>
    </w:p>
    <w:p w14:paraId="00D60C04" w14:textId="2A946EB1" w:rsidR="1377C536" w:rsidRDefault="6663BDC7" w:rsidP="3AA6FF3C">
      <w:pPr>
        <w:spacing w:line="480" w:lineRule="auto"/>
        <w:ind w:left="720"/>
        <w:rPr>
          <w:sz w:val="22"/>
          <w:szCs w:val="22"/>
        </w:rPr>
      </w:pPr>
      <w:r w:rsidRPr="3AA6FF3C">
        <w:rPr>
          <w:b/>
          <w:bCs/>
          <w:sz w:val="22"/>
          <w:szCs w:val="22"/>
        </w:rPr>
        <w:t>Rachel</w:t>
      </w:r>
      <w:r w:rsidR="5AECB368" w:rsidRPr="3AA6FF3C">
        <w:rPr>
          <w:b/>
          <w:bCs/>
          <w:sz w:val="22"/>
          <w:szCs w:val="22"/>
        </w:rPr>
        <w:t xml:space="preserve">: </w:t>
      </w:r>
      <w:r w:rsidR="1377C536">
        <w:tab/>
      </w:r>
      <w:r w:rsidR="1377C536">
        <w:tab/>
      </w:r>
      <w:r w:rsidR="1377C536">
        <w:tab/>
      </w:r>
      <w:r w:rsidR="1377C536">
        <w:tab/>
      </w:r>
      <w:r w:rsidR="1377C536">
        <w:tab/>
      </w:r>
      <w:r w:rsidR="655F00CA" w:rsidRPr="3AA6FF3C">
        <w:rPr>
          <w:sz w:val="22"/>
          <w:szCs w:val="22"/>
        </w:rPr>
        <w:t xml:space="preserve">                                     </w:t>
      </w:r>
      <w:r w:rsidR="54D0FC9B" w:rsidRPr="3AA6FF3C">
        <w:rPr>
          <w:sz w:val="22"/>
          <w:szCs w:val="22"/>
        </w:rPr>
        <w:t xml:space="preserve">         </w:t>
      </w:r>
      <w:r w:rsidR="4B7FFD88" w:rsidRPr="3AA6FF3C">
        <w:rPr>
          <w:sz w:val="22"/>
          <w:szCs w:val="22"/>
        </w:rPr>
        <w:t xml:space="preserve">      </w:t>
      </w:r>
      <w:r w:rsidR="54D0FC9B" w:rsidRPr="3AA6FF3C">
        <w:rPr>
          <w:sz w:val="22"/>
          <w:szCs w:val="22"/>
        </w:rPr>
        <w:t xml:space="preserve">      </w:t>
      </w:r>
      <w:r w:rsidR="5F0FEEA3" w:rsidRPr="3AA6FF3C">
        <w:rPr>
          <w:sz w:val="22"/>
          <w:szCs w:val="22"/>
        </w:rPr>
        <w:t>15</w:t>
      </w:r>
      <w:r w:rsidR="08625A9F" w:rsidRPr="3AA6FF3C">
        <w:rPr>
          <w:sz w:val="22"/>
          <w:szCs w:val="22"/>
        </w:rPr>
        <w:t xml:space="preserve"> </w:t>
      </w:r>
      <w:r w:rsidR="12F7E6AF" w:rsidRPr="3AA6FF3C">
        <w:rPr>
          <w:sz w:val="22"/>
          <w:szCs w:val="22"/>
        </w:rPr>
        <w:t>minutes</w:t>
      </w:r>
    </w:p>
    <w:p w14:paraId="63A5CF88" w14:textId="393087AE" w:rsidR="42C890F4" w:rsidRDefault="42C890F4" w:rsidP="01CC4094">
      <w:pPr>
        <w:pStyle w:val="ListParagraph"/>
        <w:numPr>
          <w:ilvl w:val="1"/>
          <w:numId w:val="10"/>
        </w:numPr>
        <w:spacing w:line="240" w:lineRule="auto"/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</w:pPr>
      <w:r w:rsidRPr="01CC4094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Subject heading updates: Trans and indigenous headings</w:t>
      </w:r>
    </w:p>
    <w:p w14:paraId="06B7C507" w14:textId="543C266B" w:rsidR="42C890F4" w:rsidRDefault="42C890F4" w:rsidP="01CC4094">
      <w:pPr>
        <w:pStyle w:val="ListParagraph"/>
        <w:numPr>
          <w:ilvl w:val="1"/>
          <w:numId w:val="10"/>
        </w:numPr>
        <w:spacing w:line="240" w:lineRule="auto"/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</w:pPr>
      <w:r w:rsidRPr="01CC4094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Backstage Library Works schedule for FY26-27</w:t>
      </w:r>
    </w:p>
    <w:p w14:paraId="6081672F" w14:textId="3B08A6CD" w:rsidR="42C890F4" w:rsidRDefault="42C890F4" w:rsidP="1374F223">
      <w:pPr>
        <w:pStyle w:val="ListParagraph"/>
        <w:numPr>
          <w:ilvl w:val="1"/>
          <w:numId w:val="10"/>
        </w:numPr>
        <w:shd w:val="clear" w:color="auto" w:fill="FFFFFF" w:themeFill="background1"/>
        <w:spacing w:line="240" w:lineRule="auto"/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</w:pPr>
      <w:r w:rsidRPr="1374F223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Import jobs queue retention policy</w:t>
      </w:r>
    </w:p>
    <w:p w14:paraId="3DED8266" w14:textId="004F1669" w:rsidR="1B52C28A" w:rsidRDefault="1B52C28A" w:rsidP="1374F223">
      <w:pPr>
        <w:pStyle w:val="ListParagraph"/>
        <w:numPr>
          <w:ilvl w:val="1"/>
          <w:numId w:val="10"/>
        </w:numPr>
        <w:shd w:val="clear" w:color="auto" w:fill="FFFFFF" w:themeFill="background1"/>
        <w:spacing w:line="240" w:lineRule="auto"/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</w:pPr>
      <w:r w:rsidRPr="1374F223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SCRAP Updates</w:t>
      </w:r>
    </w:p>
    <w:p w14:paraId="05475C27" w14:textId="3F2EE1F4" w:rsidR="0975F44E" w:rsidRDefault="1B52C28A" w:rsidP="01CC4094">
      <w:pPr>
        <w:pStyle w:val="ListParagraph"/>
        <w:numPr>
          <w:ilvl w:val="0"/>
          <w:numId w:val="10"/>
        </w:numPr>
        <w:spacing w:after="120" w:line="480" w:lineRule="auto"/>
        <w:rPr>
          <w:color w:val="000000" w:themeColor="text1"/>
          <w:sz w:val="22"/>
          <w:szCs w:val="22"/>
        </w:rPr>
      </w:pPr>
      <w:r w:rsidRPr="1374F223">
        <w:rPr>
          <w:b/>
          <w:bCs/>
          <w:sz w:val="22"/>
          <w:szCs w:val="22"/>
        </w:rPr>
        <w:t>Old Business</w:t>
      </w:r>
    </w:p>
    <w:p w14:paraId="5044E768" w14:textId="28985407" w:rsidR="0975F44E" w:rsidRDefault="2D49F62A" w:rsidP="2A90FA25">
      <w:pPr>
        <w:pStyle w:val="ListParagraph"/>
        <w:numPr>
          <w:ilvl w:val="1"/>
          <w:numId w:val="9"/>
        </w:numPr>
        <w:spacing w:after="120" w:line="240" w:lineRule="auto"/>
        <w:rPr>
          <w:color w:val="000000" w:themeColor="text1"/>
          <w:sz w:val="22"/>
          <w:szCs w:val="22"/>
        </w:rPr>
      </w:pPr>
      <w:r w:rsidRPr="3AA6FF3C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</w:rPr>
        <w:t xml:space="preserve">856 Cover Image Recommendation from </w:t>
      </w:r>
      <w:r w:rsidR="72266FAE" w:rsidRPr="3AA6FF3C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</w:rPr>
        <w:t>SCRAP [ACTION</w:t>
      </w:r>
      <w:r w:rsidR="0AB9E767" w:rsidRPr="3AA6FF3C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</w:rPr>
        <w:t>]</w:t>
      </w:r>
      <w:r w:rsidR="72266FAE" w:rsidRPr="3AA6FF3C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</w:rPr>
        <w:t>:</w:t>
      </w:r>
      <w:r w:rsidR="72266FAE" w:rsidRPr="3AA6FF3C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 xml:space="preserve"> </w:t>
      </w:r>
      <w:r w:rsidR="5E5F7001">
        <w:tab/>
      </w:r>
      <w:r w:rsidR="7DE11353" w:rsidRPr="3AA6FF3C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10 minutes</w:t>
      </w:r>
    </w:p>
    <w:p w14:paraId="24E0666E" w14:textId="24BDC588" w:rsidR="0975F44E" w:rsidRDefault="72266FAE" w:rsidP="3AA6FF3C">
      <w:pPr>
        <w:pStyle w:val="ListParagraph"/>
        <w:spacing w:after="120" w:line="240" w:lineRule="auto"/>
        <w:ind w:left="1440"/>
        <w:rPr>
          <w:color w:val="000000" w:themeColor="text1"/>
          <w:sz w:val="22"/>
          <w:szCs w:val="22"/>
        </w:rPr>
      </w:pPr>
      <w:r w:rsidRPr="3AA6FF3C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Vote</w:t>
      </w:r>
      <w:r w:rsidRPr="3AA6FF3C"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2"/>
        </w:rPr>
        <w:t xml:space="preserve"> </w:t>
      </w:r>
      <w:r w:rsidRPr="3AA6FF3C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 xml:space="preserve">on a motion regarding the 856 tags for cover images. </w:t>
      </w:r>
      <w:r w:rsidRPr="3AA6FF3C">
        <w:rPr>
          <w:i/>
          <w:iCs/>
          <w:color w:val="000000" w:themeColor="text1"/>
          <w:sz w:val="22"/>
          <w:szCs w:val="22"/>
        </w:rPr>
        <w:t xml:space="preserve">Example Motion: </w:t>
      </w:r>
      <w:r w:rsidRPr="3AA6FF3C">
        <w:rPr>
          <w:color w:val="000000" w:themeColor="text1"/>
          <w:sz w:val="22"/>
          <w:szCs w:val="22"/>
        </w:rPr>
        <w:t>Allow the 856 tags for cover images for unique local material and material that does not have a single UPC or EAN in the CCS database.</w:t>
      </w:r>
    </w:p>
    <w:p w14:paraId="1B9884A7" w14:textId="42790F4B" w:rsidR="0975F44E" w:rsidRDefault="42EE0A39" w:rsidP="7BFEAE4F">
      <w:pPr>
        <w:pStyle w:val="ListParagraph"/>
        <w:numPr>
          <w:ilvl w:val="0"/>
          <w:numId w:val="10"/>
        </w:numPr>
        <w:spacing w:after="120" w:line="480" w:lineRule="auto"/>
        <w:rPr>
          <w:sz w:val="22"/>
          <w:szCs w:val="22"/>
        </w:rPr>
      </w:pPr>
      <w:r w:rsidRPr="6BCB6ACD">
        <w:rPr>
          <w:b/>
          <w:bCs/>
          <w:sz w:val="22"/>
          <w:szCs w:val="22"/>
        </w:rPr>
        <w:t>New business</w:t>
      </w:r>
    </w:p>
    <w:p w14:paraId="2EB65F70" w14:textId="09C5E533" w:rsidR="0975F44E" w:rsidRDefault="50992CE1" w:rsidP="6BCB6ACD">
      <w:pPr>
        <w:pStyle w:val="ListParagraph"/>
        <w:numPr>
          <w:ilvl w:val="1"/>
          <w:numId w:val="10"/>
        </w:numPr>
        <w:spacing w:after="120" w:line="240" w:lineRule="auto"/>
        <w:rPr>
          <w:sz w:val="22"/>
          <w:szCs w:val="22"/>
        </w:rPr>
      </w:pPr>
      <w:r w:rsidRPr="50992CE1">
        <w:rPr>
          <w:sz w:val="22"/>
          <w:szCs w:val="22"/>
        </w:rPr>
        <w:t>Pamela Thomas, CMC Free Services (Presentation)                             15 minutes</w:t>
      </w:r>
    </w:p>
    <w:p w14:paraId="17DD23FA" w14:textId="5749B528" w:rsidR="50992CE1" w:rsidRDefault="50992CE1" w:rsidP="50992CE1">
      <w:pPr>
        <w:pStyle w:val="ListParagraph"/>
        <w:numPr>
          <w:ilvl w:val="1"/>
          <w:numId w:val="10"/>
        </w:numPr>
        <w:spacing w:after="120" w:line="240" w:lineRule="auto"/>
        <w:rPr>
          <w:rFonts w:asciiTheme="majorHAnsi" w:eastAsiaTheme="majorEastAsia" w:hAnsiTheme="majorHAnsi" w:cstheme="majorBidi"/>
          <w:sz w:val="22"/>
          <w:szCs w:val="22"/>
        </w:rPr>
      </w:pPr>
      <w:r w:rsidRPr="50992CE1">
        <w:rPr>
          <w:rFonts w:asciiTheme="majorHAnsi" w:eastAsiaTheme="majorEastAsia" w:hAnsiTheme="majorHAnsi" w:cstheme="majorBidi"/>
          <w:color w:val="000000" w:themeColor="text1"/>
          <w:sz w:val="22"/>
          <w:szCs w:val="22"/>
        </w:rPr>
        <w:t>TCP/IP MARC Import: Rachel   (Demo)                                                    10 minutes</w:t>
      </w:r>
    </w:p>
    <w:p w14:paraId="0D5B74A6" w14:textId="31359635" w:rsidR="50992CE1" w:rsidRDefault="50992CE1" w:rsidP="50992CE1">
      <w:pPr>
        <w:pStyle w:val="ListParagraph"/>
        <w:numPr>
          <w:ilvl w:val="1"/>
          <w:numId w:val="10"/>
        </w:numPr>
        <w:spacing w:after="120" w:line="240" w:lineRule="auto"/>
        <w:rPr>
          <w:rFonts w:asciiTheme="majorHAnsi" w:eastAsiaTheme="majorEastAsia" w:hAnsiTheme="majorHAnsi" w:cstheme="majorBidi"/>
          <w:sz w:val="22"/>
          <w:szCs w:val="22"/>
        </w:rPr>
      </w:pPr>
      <w:r w:rsidRPr="50992CE1">
        <w:rPr>
          <w:rFonts w:asciiTheme="majorHAnsi" w:eastAsiaTheme="majorEastAsia" w:hAnsiTheme="majorHAnsi" w:cstheme="majorBidi"/>
          <w:sz w:val="22"/>
          <w:szCs w:val="22"/>
        </w:rPr>
        <w:t>Shortcut keys in LEAP (Demo)</w:t>
      </w:r>
      <w:r>
        <w:tab/>
      </w:r>
      <w:r>
        <w:tab/>
      </w:r>
      <w:r>
        <w:tab/>
      </w:r>
      <w:r>
        <w:tab/>
      </w:r>
      <w:r w:rsidRPr="50992CE1">
        <w:rPr>
          <w:rFonts w:asciiTheme="majorHAnsi" w:eastAsiaTheme="majorEastAsia" w:hAnsiTheme="majorHAnsi" w:cstheme="majorBidi"/>
          <w:sz w:val="22"/>
          <w:szCs w:val="22"/>
        </w:rPr>
        <w:t xml:space="preserve">              </w:t>
      </w:r>
      <w:r>
        <w:tab/>
      </w:r>
      <w:r w:rsidRPr="50992CE1">
        <w:rPr>
          <w:rFonts w:asciiTheme="majorHAnsi" w:eastAsiaTheme="majorEastAsia" w:hAnsiTheme="majorHAnsi" w:cstheme="majorBidi"/>
          <w:sz w:val="22"/>
          <w:szCs w:val="22"/>
        </w:rPr>
        <w:t>10 minutes</w:t>
      </w:r>
    </w:p>
    <w:p w14:paraId="7C925A0E" w14:textId="1D2B29D6" w:rsidR="50992CE1" w:rsidRDefault="50992CE1" w:rsidP="50992CE1">
      <w:pPr>
        <w:pStyle w:val="ListParagraph"/>
        <w:numPr>
          <w:ilvl w:val="1"/>
          <w:numId w:val="10"/>
        </w:numPr>
        <w:spacing w:after="120" w:line="240" w:lineRule="auto"/>
        <w:rPr>
          <w:rFonts w:asciiTheme="majorHAnsi" w:eastAsiaTheme="majorEastAsia" w:hAnsiTheme="majorHAnsi" w:cstheme="majorBidi"/>
          <w:sz w:val="22"/>
          <w:szCs w:val="22"/>
        </w:rPr>
      </w:pPr>
      <w:r w:rsidRPr="50992CE1">
        <w:rPr>
          <w:rFonts w:asciiTheme="majorHAnsi" w:eastAsiaTheme="majorEastAsia" w:hAnsiTheme="majorHAnsi" w:cstheme="majorBidi"/>
          <w:sz w:val="22"/>
          <w:szCs w:val="22"/>
        </w:rPr>
        <w:t xml:space="preserve">Updating Item Bulk Change Templates in Leap (Demo) </w:t>
      </w:r>
      <w:r>
        <w:tab/>
      </w:r>
      <w:r>
        <w:tab/>
      </w:r>
      <w:r w:rsidRPr="50992CE1">
        <w:rPr>
          <w:rFonts w:asciiTheme="majorHAnsi" w:eastAsiaTheme="majorEastAsia" w:hAnsiTheme="majorHAnsi" w:cstheme="majorBidi"/>
          <w:sz w:val="22"/>
          <w:szCs w:val="22"/>
        </w:rPr>
        <w:t xml:space="preserve">     5 minutes</w:t>
      </w:r>
    </w:p>
    <w:p w14:paraId="3A0D3F3D" w14:textId="7E3E43BD" w:rsidR="0975F44E" w:rsidRDefault="0975F44E" w:rsidP="01CC4094">
      <w:pPr>
        <w:pStyle w:val="ListParagraph"/>
        <w:numPr>
          <w:ilvl w:val="0"/>
          <w:numId w:val="10"/>
        </w:numPr>
        <w:spacing w:after="120" w:line="480" w:lineRule="auto"/>
        <w:rPr>
          <w:b/>
          <w:bCs/>
          <w:sz w:val="22"/>
          <w:szCs w:val="22"/>
        </w:rPr>
      </w:pPr>
      <w:r w:rsidRPr="01CC4094">
        <w:rPr>
          <w:b/>
          <w:bCs/>
          <w:sz w:val="22"/>
          <w:szCs w:val="22"/>
        </w:rPr>
        <w:t>Adjournment</w:t>
      </w:r>
      <w:r>
        <w:tab/>
      </w:r>
    </w:p>
    <w:p w14:paraId="133313AD" w14:textId="5FFF858F" w:rsidR="00590381" w:rsidRPr="008776B5" w:rsidRDefault="04BED14E" w:rsidP="601D8C7C">
      <w:pPr>
        <w:pStyle w:val="Heading2"/>
        <w:rPr>
          <w:color w:val="1F497D" w:themeColor="text2"/>
          <w:sz w:val="32"/>
          <w:szCs w:val="32"/>
        </w:rPr>
      </w:pPr>
      <w:r w:rsidRPr="008776B5">
        <w:rPr>
          <w:color w:val="1F497D" w:themeColor="text2"/>
        </w:rPr>
        <w:t>Action Items</w:t>
      </w:r>
    </w:p>
    <w:tbl>
      <w:tblPr>
        <w:tblStyle w:val="LightList-Accent1"/>
        <w:tblW w:w="8028" w:type="dxa"/>
        <w:tblInd w:w="82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910"/>
        <w:gridCol w:w="2889"/>
        <w:gridCol w:w="2229"/>
      </w:tblGrid>
      <w:tr w:rsidR="601D8C7C" w:rsidRPr="009674A1" w14:paraId="6C6EC0C3" w14:textId="77777777" w:rsidTr="3C18C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shd w:val="clear" w:color="auto" w:fill="17365D" w:themeFill="text2" w:themeFillShade="BF"/>
          </w:tcPr>
          <w:p w14:paraId="7B169408" w14:textId="743DCD2A" w:rsidR="601D8C7C" w:rsidRPr="009674A1" w:rsidRDefault="601D8C7C" w:rsidP="46AD872E">
            <w:pPr>
              <w:rPr>
                <w:sz w:val="22"/>
                <w:szCs w:val="22"/>
              </w:rPr>
            </w:pPr>
            <w:r w:rsidRPr="46AD872E">
              <w:rPr>
                <w:sz w:val="22"/>
                <w:szCs w:val="22"/>
              </w:rPr>
              <w:t>Action</w:t>
            </w:r>
          </w:p>
        </w:tc>
        <w:tc>
          <w:tcPr>
            <w:tcW w:w="2889" w:type="dxa"/>
            <w:shd w:val="clear" w:color="auto" w:fill="17365D" w:themeFill="text2" w:themeFillShade="BF"/>
          </w:tcPr>
          <w:p w14:paraId="7D25BAB1" w14:textId="6CF93273" w:rsidR="601D8C7C" w:rsidRPr="009674A1" w:rsidRDefault="601D8C7C" w:rsidP="46AD87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46AD872E">
              <w:rPr>
                <w:sz w:val="22"/>
                <w:szCs w:val="22"/>
              </w:rPr>
              <w:t>Responsible</w:t>
            </w:r>
          </w:p>
        </w:tc>
        <w:tc>
          <w:tcPr>
            <w:tcW w:w="2229" w:type="dxa"/>
            <w:shd w:val="clear" w:color="auto" w:fill="17365D" w:themeFill="text2" w:themeFillShade="BF"/>
          </w:tcPr>
          <w:p w14:paraId="1611ABA9" w14:textId="101BF5D8" w:rsidR="601D8C7C" w:rsidRPr="009674A1" w:rsidRDefault="601D8C7C" w:rsidP="46AD87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46AD872E">
              <w:rPr>
                <w:sz w:val="22"/>
                <w:szCs w:val="22"/>
              </w:rPr>
              <w:t>Due Date</w:t>
            </w:r>
          </w:p>
        </w:tc>
      </w:tr>
      <w:tr w:rsidR="601D8C7C" w:rsidRPr="009674A1" w14:paraId="7D2B660C" w14:textId="77777777" w:rsidTr="3C18C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</w:tcPr>
          <w:p w14:paraId="5F655073" w14:textId="77777777" w:rsidR="601D8C7C" w:rsidRPr="009674A1" w:rsidRDefault="601D8C7C" w:rsidP="601D8C7C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889" w:type="dxa"/>
          </w:tcPr>
          <w:p w14:paraId="3DDC9DE8" w14:textId="77777777" w:rsidR="601D8C7C" w:rsidRPr="009674A1" w:rsidRDefault="601D8C7C" w:rsidP="601D8C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29" w:type="dxa"/>
          </w:tcPr>
          <w:p w14:paraId="3AA2D3A9" w14:textId="77777777" w:rsidR="601D8C7C" w:rsidRPr="009674A1" w:rsidRDefault="601D8C7C" w:rsidP="601D8C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3128A4A7" w14:textId="5112BAD8" w:rsidR="00590381" w:rsidRPr="006E35A9" w:rsidRDefault="00590381" w:rsidP="601D8C7C">
      <w:pPr>
        <w:pStyle w:val="Heading2"/>
        <w:spacing w:line="240" w:lineRule="auto"/>
      </w:pPr>
    </w:p>
    <w:p w14:paraId="5897524B" w14:textId="43B39795" w:rsidR="5EDA1716" w:rsidRDefault="5EDA1716" w:rsidP="3C18CA4C">
      <w:pPr>
        <w:pStyle w:val="Heading2"/>
      </w:pPr>
      <w:r>
        <w:t>Roll Call</w:t>
      </w:r>
    </w:p>
    <w:tbl>
      <w:tblPr>
        <w:tblStyle w:val="TableGrid"/>
        <w:tblW w:w="0" w:type="auto"/>
        <w:tblInd w:w="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240"/>
        <w:gridCol w:w="2790"/>
        <w:gridCol w:w="1995"/>
      </w:tblGrid>
      <w:tr w:rsidR="3C18CA4C" w14:paraId="7B54F2C1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76EE7B2" w14:textId="74834369" w:rsidR="3C18CA4C" w:rsidRDefault="3C18CA4C" w:rsidP="3C18CA4C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3C18CA4C">
              <w:rPr>
                <w:b/>
                <w:bCs/>
                <w:color w:val="FFFFFF" w:themeColor="background1"/>
                <w:sz w:val="22"/>
                <w:szCs w:val="22"/>
              </w:rPr>
              <w:t>Library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2238F4D" w14:textId="550410EA" w:rsidR="3C18CA4C" w:rsidRDefault="3C18CA4C" w:rsidP="3C18CA4C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3C18CA4C">
              <w:rPr>
                <w:b/>
                <w:bCs/>
                <w:color w:val="FFFFFF" w:themeColor="background1"/>
                <w:sz w:val="22"/>
                <w:szCs w:val="22"/>
              </w:rPr>
              <w:t>Staff</w:t>
            </w: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376961D5" w14:textId="02F45B4C" w:rsidR="3C18CA4C" w:rsidRDefault="3C18CA4C" w:rsidP="3C18CA4C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3C18CA4C">
              <w:rPr>
                <w:b/>
                <w:bCs/>
                <w:color w:val="FFFFFF" w:themeColor="background1"/>
                <w:sz w:val="22"/>
                <w:szCs w:val="22"/>
              </w:rPr>
              <w:t>Attendance</w:t>
            </w:r>
          </w:p>
        </w:tc>
      </w:tr>
      <w:tr w:rsidR="3C18CA4C" w14:paraId="05AA2F61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BB869A1" w14:textId="2A2AF8D7" w:rsidR="3C18CA4C" w:rsidRDefault="3C18CA4C" w:rsidP="3C18CA4C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3C18CA4C">
              <w:rPr>
                <w:color w:val="000000" w:themeColor="text1"/>
                <w:sz w:val="22"/>
                <w:szCs w:val="22"/>
              </w:rPr>
              <w:t>Library name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C19B1DA" w14:textId="577FF386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  <w:r w:rsidRPr="3C18CA4C">
              <w:rPr>
                <w:color w:val="000000" w:themeColor="text1"/>
                <w:sz w:val="22"/>
                <w:szCs w:val="22"/>
              </w:rPr>
              <w:t>Staff name</w:t>
            </w: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6D57C58" w14:textId="3AFE53C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  <w:r w:rsidRPr="3C18CA4C">
              <w:rPr>
                <w:color w:val="000000" w:themeColor="text1"/>
                <w:sz w:val="22"/>
                <w:szCs w:val="22"/>
              </w:rPr>
              <w:t>Yes/No</w:t>
            </w:r>
          </w:p>
        </w:tc>
      </w:tr>
      <w:tr w:rsidR="3C18CA4C" w14:paraId="46D67E79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E359CA" w14:textId="165F355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Algonquin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C633223" w14:textId="3B449A2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478BFC4" w14:textId="6C2A8EB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26E2E335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F61D986" w14:textId="37F60D29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Cary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7807FB0" w14:textId="0F93D04A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2779C52" w14:textId="657E608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56219F4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07C53CD" w14:textId="2DCE94EA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Crystal Lake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11CD49A" w14:textId="684ADE8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F9D397A" w14:textId="3B02719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39ABD1FC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760254D" w14:textId="1A5AF914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Des Plaines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77FECE1" w14:textId="269B4F1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B23BF7B" w14:textId="7785F2A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2DF7D236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CC5D588" w14:textId="076646B4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Ela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D3C29BD" w14:textId="64ECBBBC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25D6975" w14:textId="47915F2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7750A002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2C8AF2F" w14:textId="6410DC39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Evanston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259769E" w14:textId="73591FB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472D8B1" w14:textId="1E2D9A4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63667D9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BAD90DA" w14:textId="37A0A770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Fox River Valley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BED946B" w14:textId="53EA29B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1FE19D3" w14:textId="459A99F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0682746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9D3ED75" w14:textId="3A3F7EC3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Fremont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718EDB5" w14:textId="427DCF5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334474D" w14:textId="72BEA57A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49B052CF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B0E1584" w14:textId="62A0C0BD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Glencoe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8B0F185" w14:textId="5D54423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EF93F58" w14:textId="0FF1FB9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56348C8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624B978" w14:textId="57274340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Glenview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07E636C" w14:textId="3AB4AB41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3932C42" w14:textId="5E6E2CD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7A3BA4BC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025179B" w14:textId="14FA3B59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Grayslake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34E689D" w14:textId="1A7D008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10EA6EB" w14:textId="6DCBB5D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EDF9572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E7D2707" w14:textId="5CC5F950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Highland Park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3A7A1B4" w14:textId="5AE985E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CBB3C2E" w14:textId="75F3D040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978DAF6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C6EF608" w14:textId="6FDC4F96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Huntley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F89F7BA" w14:textId="345663F9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5BED663" w14:textId="414E175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4B488C4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C791DFC" w14:textId="29DA9B27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Indian Trails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5F1ABF6" w14:textId="3B592D6E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9CE47C9" w14:textId="006A3BC6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9119614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A56918A" w14:textId="6FB3AE70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Lake Forest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B332119" w14:textId="4534C68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184D1B1" w14:textId="496BD7F1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42F040C3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A03DA43" w14:textId="6393717B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Lake Villa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714F29C" w14:textId="500941D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BDB6043" w14:textId="690AF24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15B11349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81132CF" w14:textId="6D8C728C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Lincolnwood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FD85F1E" w14:textId="56F1B167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1073EC6" w14:textId="169C8F99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538C763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19549A0" w14:textId="73E9C276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McHenry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0746E63" w14:textId="41BACB33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2F5C4AD" w14:textId="318746DA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DC1FE1C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A481E9" w14:textId="430B0A1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Morton Grove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3550ED7" w14:textId="590ECE67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C542557" w14:textId="4C6C58B9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22D0333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918E555" w14:textId="30411771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Mount Prospect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782467C" w14:textId="15A10091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5A148DF" w14:textId="55F0EE9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7E64CF13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9D15A9" w14:textId="1B560CBC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Niles-Maine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366FEDF" w14:textId="01C9EDF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C31A575" w14:textId="644E0FCB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ADD5B82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DEBB87C" w14:textId="7783163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Northbrook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BE5D704" w14:textId="5C70775E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522362C" w14:textId="5643937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A37D495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F46BE99" w14:textId="6E7C36EE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 xml:space="preserve">Palatine 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46C5CC" w14:textId="4BD0369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B3AEF88" w14:textId="617750FB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7CA66A92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189951F" w14:textId="6D55789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Park Ridge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35C9660" w14:textId="2E22E233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3A1A02E" w14:textId="150E40E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FC008BB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A51D406" w14:textId="298E0096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Prospect Heights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B82A53C" w14:textId="1899954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69E4D22" w14:textId="06BA031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50992CE1" w14:paraId="7493C699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081AD05" w14:textId="11E5688E" w:rsidR="50992CE1" w:rsidRDefault="50992CE1" w:rsidP="50992CE1">
            <w:r w:rsidRPr="50992CE1">
              <w:rPr>
                <w:rFonts w:ascii="Arial" w:eastAsia="Arial" w:hAnsi="Arial" w:cs="Arial"/>
                <w:color w:val="202122"/>
                <w:sz w:val="22"/>
                <w:szCs w:val="22"/>
              </w:rPr>
              <w:t>Rolling Meadows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C2125F1" w14:textId="51042C9E" w:rsidR="50992CE1" w:rsidRDefault="50992CE1" w:rsidP="50992CE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E7AD07D" w14:textId="159268AD" w:rsidR="50992CE1" w:rsidRDefault="50992CE1" w:rsidP="50992CE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145C1AFB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11CDFE4" w14:textId="377279BE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Round Lake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6DB3AD9" w14:textId="6432EAE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E4FF8E6" w14:textId="5612E93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3428E4DF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07D5734" w14:textId="71EE3048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Vernon Area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FFBFEF7" w14:textId="601B369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F9E823A" w14:textId="41A8C9E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C92B4DA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D5112DA" w14:textId="2A9F6E42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Warren-Newport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B6F6D0A" w14:textId="71626D0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8F87A4C" w14:textId="724FCA1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50992CE1" w14:paraId="5994A4DB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1AF5EE2" w14:textId="7C491830" w:rsidR="50992CE1" w:rsidRDefault="50992CE1" w:rsidP="50992CE1">
            <w:r w:rsidRPr="50992CE1">
              <w:rPr>
                <w:rFonts w:ascii="Arial" w:eastAsia="Arial" w:hAnsi="Arial" w:cs="Arial"/>
                <w:color w:val="202122"/>
                <w:sz w:val="22"/>
                <w:szCs w:val="22"/>
              </w:rPr>
              <w:t>Wauconda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2933EDA" w14:textId="60C61CBE" w:rsidR="50992CE1" w:rsidRDefault="50992CE1" w:rsidP="50992CE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0DA5169" w14:textId="535345E1" w:rsidR="50992CE1" w:rsidRDefault="50992CE1" w:rsidP="50992CE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3DA2CA24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9E91835" w14:textId="0A9E0998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Waukegan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9C5492E" w14:textId="02A53FC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E84BF0F" w14:textId="406016FE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3AD62AD5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FC735E2" w14:textId="1F2E9876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Wilmette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3726286" w14:textId="550F277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0442963" w14:textId="141658F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01BDC00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B97A977" w14:textId="2797BE6E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Winnetka-Northfield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D922455" w14:textId="1FA0E5F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E518FBB" w14:textId="1434490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E506BCE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5446118" w14:textId="4509346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Zion-Benton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AA346A9" w14:textId="2CCDD7B7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4E0FC03" w14:textId="7609B253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D02F501" w14:textId="35AFCCCD" w:rsidR="3C18CA4C" w:rsidRDefault="3C18CA4C" w:rsidP="3C18CA4C"/>
    <w:p w14:paraId="371D3B37" w14:textId="49E1B8DB" w:rsidR="00590381" w:rsidRPr="008776B5" w:rsidRDefault="48E87870" w:rsidP="1A22CE04">
      <w:pPr>
        <w:pStyle w:val="Heading2"/>
        <w:rPr>
          <w:color w:val="1F497D" w:themeColor="text2"/>
        </w:rPr>
      </w:pPr>
      <w:r w:rsidRPr="008776B5">
        <w:rPr>
          <w:color w:val="1F497D" w:themeColor="text2"/>
        </w:rPr>
        <w:t>Next Meeting</w:t>
      </w:r>
    </w:p>
    <w:p w14:paraId="76F5DF8B" w14:textId="1EA4A9D8" w:rsidR="00590381" w:rsidRPr="009674A1" w:rsidRDefault="48E87870" w:rsidP="601D8C7C">
      <w:pPr>
        <w:spacing w:line="240" w:lineRule="auto"/>
      </w:pPr>
      <w:r w:rsidRPr="3C18CA4C">
        <w:rPr>
          <w:b/>
          <w:bCs/>
          <w:sz w:val="22"/>
          <w:szCs w:val="22"/>
        </w:rPr>
        <w:t>Date:</w:t>
      </w:r>
      <w:r w:rsidR="1DF2D299" w:rsidRPr="3C18CA4C">
        <w:rPr>
          <w:b/>
          <w:bCs/>
          <w:sz w:val="22"/>
          <w:szCs w:val="22"/>
        </w:rPr>
        <w:t xml:space="preserve"> </w:t>
      </w:r>
      <w:r w:rsidRPr="3C18CA4C">
        <w:rPr>
          <w:b/>
          <w:bCs/>
          <w:sz w:val="22"/>
          <w:szCs w:val="22"/>
        </w:rPr>
        <w:t xml:space="preserve"> </w:t>
      </w:r>
      <w:r>
        <w:tab/>
      </w:r>
      <w:r>
        <w:tab/>
      </w:r>
      <w:r w:rsidR="20AAA753" w:rsidRPr="3C18CA4C">
        <w:rPr>
          <w:sz w:val="22"/>
          <w:szCs w:val="22"/>
        </w:rPr>
        <w:t>Wednesday, November 18</w:t>
      </w:r>
    </w:p>
    <w:p w14:paraId="29BDE92A" w14:textId="30990907" w:rsidR="20AAA753" w:rsidRDefault="20AAA753" w:rsidP="3C18CA4C">
      <w:pPr>
        <w:spacing w:after="120" w:line="240" w:lineRule="auto"/>
        <w:ind w:left="720" w:firstLine="720"/>
      </w:pPr>
      <w:r w:rsidRPr="3C18CA4C">
        <w:rPr>
          <w:sz w:val="22"/>
          <w:szCs w:val="22"/>
        </w:rPr>
        <w:t>10am</w:t>
      </w:r>
    </w:p>
    <w:p w14:paraId="6FA1CD5D" w14:textId="131FAD65" w:rsidR="00590381" w:rsidRPr="009674A1" w:rsidRDefault="48E87870" w:rsidP="3068EB90">
      <w:pPr>
        <w:spacing w:line="240" w:lineRule="auto"/>
        <w:rPr>
          <w:sz w:val="22"/>
          <w:szCs w:val="22"/>
        </w:rPr>
      </w:pPr>
      <w:r w:rsidRPr="3068EB90">
        <w:rPr>
          <w:b/>
          <w:bCs/>
          <w:sz w:val="22"/>
          <w:szCs w:val="22"/>
        </w:rPr>
        <w:t>Location</w:t>
      </w:r>
      <w:r w:rsidRPr="3068EB90">
        <w:rPr>
          <w:sz w:val="22"/>
          <w:szCs w:val="22"/>
        </w:rPr>
        <w:t>:</w:t>
      </w:r>
      <w:r w:rsidR="1DF2D299" w:rsidRPr="3068EB90">
        <w:rPr>
          <w:sz w:val="22"/>
          <w:szCs w:val="22"/>
        </w:rPr>
        <w:t xml:space="preserve"> </w:t>
      </w:r>
      <w:r w:rsidRPr="3068EB90">
        <w:rPr>
          <w:sz w:val="22"/>
          <w:szCs w:val="22"/>
        </w:rPr>
        <w:t xml:space="preserve"> </w:t>
      </w:r>
      <w:r>
        <w:tab/>
      </w:r>
      <w:r w:rsidR="32C4339B" w:rsidRPr="3068EB90">
        <w:rPr>
          <w:sz w:val="22"/>
          <w:szCs w:val="22"/>
        </w:rPr>
        <w:t>Hybrid: CCS Fishbowl and Zoom</w:t>
      </w:r>
    </w:p>
    <w:p w14:paraId="6F117B11" w14:textId="50583844" w:rsidR="001D1BEF" w:rsidRPr="009674A1" w:rsidRDefault="66C9E767" w:rsidP="001D1BEF">
      <w:r w:rsidRPr="3C18CA4C">
        <w:rPr>
          <w:sz w:val="22"/>
          <w:szCs w:val="22"/>
        </w:rPr>
        <w:t xml:space="preserve">Topic: CAMM Technical Group </w:t>
      </w:r>
    </w:p>
    <w:p w14:paraId="40BDD2DD" w14:textId="072B5549" w:rsidR="001D1BEF" w:rsidRPr="009674A1" w:rsidRDefault="66C9E767" w:rsidP="3C18CA4C">
      <w:r w:rsidRPr="3C18CA4C">
        <w:rPr>
          <w:sz w:val="22"/>
          <w:szCs w:val="22"/>
        </w:rPr>
        <w:t>Time: Nov 18, 2026 10:00 AM Central Time (US and Canada)</w:t>
      </w:r>
    </w:p>
    <w:p w14:paraId="38CDD7FE" w14:textId="23DEAA73" w:rsidR="001D1BEF" w:rsidRPr="009674A1" w:rsidRDefault="66C9E767" w:rsidP="3C18CA4C">
      <w:r w:rsidRPr="3C18CA4C">
        <w:rPr>
          <w:sz w:val="22"/>
          <w:szCs w:val="22"/>
        </w:rPr>
        <w:t>Join Zoom Meeting</w:t>
      </w:r>
    </w:p>
    <w:p w14:paraId="4CBCFD2A" w14:textId="4DF24BD0" w:rsidR="001D1BEF" w:rsidRPr="009674A1" w:rsidRDefault="66C9E767" w:rsidP="3C18CA4C">
      <w:hyperlink r:id="rId11">
        <w:r w:rsidRPr="3C18CA4C">
          <w:rPr>
            <w:sz w:val="22"/>
            <w:szCs w:val="22"/>
          </w:rPr>
          <w:t>https://us02web.zoom.us/j/89274393463?pwd=FcYLsLv9KZaNTCJmlBkVSadBFA9sQE.1</w:t>
        </w:r>
      </w:hyperlink>
    </w:p>
    <w:p w14:paraId="10ABD10F" w14:textId="27EADC4B" w:rsidR="001D1BEF" w:rsidRPr="009674A1" w:rsidRDefault="66C9E767" w:rsidP="3C18CA4C">
      <w:r w:rsidRPr="3C18CA4C">
        <w:rPr>
          <w:sz w:val="22"/>
          <w:szCs w:val="22"/>
        </w:rPr>
        <w:t xml:space="preserve"> </w:t>
      </w:r>
    </w:p>
    <w:p w14:paraId="1EE48930" w14:textId="75D08851" w:rsidR="001D1BEF" w:rsidRPr="009674A1" w:rsidRDefault="66C9E767" w:rsidP="3C18CA4C">
      <w:r w:rsidRPr="3C18CA4C">
        <w:rPr>
          <w:sz w:val="22"/>
          <w:szCs w:val="22"/>
        </w:rPr>
        <w:t>Meeting ID: 892 7439 3463</w:t>
      </w:r>
    </w:p>
    <w:p w14:paraId="0981B399" w14:textId="168F9670" w:rsidR="001D1BEF" w:rsidRPr="009674A1" w:rsidRDefault="66C9E767" w:rsidP="3C18CA4C">
      <w:r w:rsidRPr="3C18CA4C">
        <w:rPr>
          <w:sz w:val="22"/>
          <w:szCs w:val="22"/>
        </w:rPr>
        <w:t>Passcode: 609836</w:t>
      </w:r>
    </w:p>
    <w:p w14:paraId="2D6A4BEA" w14:textId="5CBA35A6" w:rsidR="001D1BEF" w:rsidRPr="009674A1" w:rsidRDefault="66C9E767" w:rsidP="3C18CA4C">
      <w:r w:rsidRPr="3C18CA4C">
        <w:rPr>
          <w:sz w:val="22"/>
          <w:szCs w:val="22"/>
        </w:rPr>
        <w:t>One tap mobile</w:t>
      </w:r>
    </w:p>
    <w:p w14:paraId="28A0DB15" w14:textId="5D4BDAA2" w:rsidR="001D1BEF" w:rsidRPr="009674A1" w:rsidRDefault="66C9E767" w:rsidP="3C18CA4C">
      <w:r w:rsidRPr="3C18CA4C">
        <w:rPr>
          <w:sz w:val="22"/>
          <w:szCs w:val="22"/>
        </w:rPr>
        <w:t>+13126266799,,89274393463#,,,,*609836# US (Chicago)</w:t>
      </w:r>
    </w:p>
    <w:p w14:paraId="48444871" w14:textId="13DFC32D" w:rsidR="001D1BEF" w:rsidRPr="009674A1" w:rsidRDefault="66C9E767" w:rsidP="3C18CA4C">
      <w:r w:rsidRPr="3C18CA4C">
        <w:rPr>
          <w:sz w:val="22"/>
          <w:szCs w:val="22"/>
        </w:rPr>
        <w:t>+13092053325,,89274393463#,,,,*609836# US</w:t>
      </w:r>
    </w:p>
    <w:p w14:paraId="3DBD604A" w14:textId="77777777" w:rsidR="001D1BEF" w:rsidRPr="009674A1" w:rsidRDefault="001D1BEF" w:rsidP="001D1BEF">
      <w:pPr>
        <w:rPr>
          <w:sz w:val="22"/>
          <w:szCs w:val="22"/>
        </w:rPr>
      </w:pPr>
    </w:p>
    <w:p w14:paraId="66BE00E6" w14:textId="40A22583" w:rsidR="001D1BEF" w:rsidRPr="009674A1" w:rsidRDefault="001D1BEF" w:rsidP="001D1BEF">
      <w:pPr>
        <w:rPr>
          <w:sz w:val="22"/>
          <w:szCs w:val="22"/>
        </w:rPr>
      </w:pPr>
      <w:r w:rsidRPr="2D632CA5">
        <w:rPr>
          <w:sz w:val="22"/>
          <w:szCs w:val="22"/>
        </w:rPr>
        <w:t xml:space="preserve">All matters on the agenda may be discussed, </w:t>
      </w:r>
      <w:r w:rsidR="387B26F3" w:rsidRPr="2D632CA5">
        <w:rPr>
          <w:sz w:val="22"/>
          <w:szCs w:val="22"/>
        </w:rPr>
        <w:t>amended,</w:t>
      </w:r>
      <w:r w:rsidRPr="2D632CA5">
        <w:rPr>
          <w:sz w:val="22"/>
          <w:szCs w:val="22"/>
        </w:rPr>
        <w:t xml:space="preserve"> and acted upon.</w:t>
      </w:r>
    </w:p>
    <w:sectPr w:rsidR="001D1BEF" w:rsidRPr="009674A1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9FD90" w14:textId="77777777" w:rsidR="00FE64EB" w:rsidRDefault="00FE64EB" w:rsidP="00E335F0">
      <w:pPr>
        <w:spacing w:line="240" w:lineRule="auto"/>
      </w:pPr>
      <w:r>
        <w:separator/>
      </w:r>
    </w:p>
  </w:endnote>
  <w:endnote w:type="continuationSeparator" w:id="0">
    <w:p w14:paraId="33A8BE0F" w14:textId="77777777" w:rsidR="00FE64EB" w:rsidRDefault="00FE64EB" w:rsidP="00E33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B756" w14:textId="4EC1F4BE" w:rsidR="00E335F0" w:rsidRPr="00E335F0" w:rsidRDefault="601D8C7C" w:rsidP="00E335F0">
    <w:r w:rsidRPr="601D8C7C">
      <w:t xml:space="preserve">Cooperative Computer Services (CCS) © </w:t>
    </w:r>
    <w:r w:rsidR="00E335F0" w:rsidRPr="601D8C7C">
      <w:fldChar w:fldCharType="begin"/>
    </w:r>
    <w:r w:rsidR="00E335F0" w:rsidRPr="601D8C7C">
      <w:instrText xml:space="preserve"> DATE  \@ "yyyy"  \* MERGEFORMAT </w:instrText>
    </w:r>
    <w:r w:rsidR="00E335F0" w:rsidRPr="601D8C7C">
      <w:fldChar w:fldCharType="separate"/>
    </w:r>
    <w:r w:rsidR="008776B5">
      <w:rPr>
        <w:noProof/>
      </w:rPr>
      <w:t>2026</w:t>
    </w:r>
    <w:r w:rsidR="00E335F0" w:rsidRPr="601D8C7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5C22" w14:textId="77777777" w:rsidR="00FE64EB" w:rsidRDefault="00FE64EB" w:rsidP="00E335F0">
      <w:pPr>
        <w:spacing w:line="240" w:lineRule="auto"/>
      </w:pPr>
      <w:r>
        <w:separator/>
      </w:r>
    </w:p>
  </w:footnote>
  <w:footnote w:type="continuationSeparator" w:id="0">
    <w:p w14:paraId="1EEEAAB1" w14:textId="77777777" w:rsidR="00FE64EB" w:rsidRDefault="00FE64EB" w:rsidP="00E335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8F46" w14:textId="1D85DEEE" w:rsidR="00E335F0" w:rsidRDefault="1BD85A43">
    <w:pPr>
      <w:pStyle w:val="Header"/>
    </w:pPr>
    <w:r>
      <w:rPr>
        <w:noProof/>
      </w:rPr>
      <w:drawing>
        <wp:inline distT="0" distB="0" distL="0" distR="0" wp14:anchorId="7CFC46B0" wp14:editId="722B67F2">
          <wp:extent cx="806450" cy="463550"/>
          <wp:effectExtent l="0" t="0" r="0" b="0"/>
          <wp:docPr id="1177108286" name="Picture 1" descr="Cooperative Computer Services logo">
            <a:extLst xmlns:a="http://schemas.openxmlformats.org/drawingml/2006/main">
              <a:ext uri="{FF2B5EF4-FFF2-40B4-BE49-F238E27FC236}">
                <a16:creationId xmlns:a16="http://schemas.microsoft.com/office/drawing/2014/main" id="{B4476A07-164E-44F9-A88D-6751C62FFE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86CF68"/>
    <w:multiLevelType w:val="hybridMultilevel"/>
    <w:tmpl w:val="EB0021A4"/>
    <w:lvl w:ilvl="0" w:tplc="04D6EE7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48741AFE">
      <w:start w:val="1"/>
      <w:numFmt w:val="lowerRoman"/>
      <w:lvlText w:val="%3."/>
      <w:lvlJc w:val="right"/>
      <w:pPr>
        <w:ind w:left="2160" w:hanging="180"/>
      </w:pPr>
    </w:lvl>
    <w:lvl w:ilvl="3" w:tplc="C8C83CF4">
      <w:start w:val="1"/>
      <w:numFmt w:val="decimal"/>
      <w:lvlText w:val="%4."/>
      <w:lvlJc w:val="left"/>
      <w:pPr>
        <w:ind w:left="2880" w:hanging="360"/>
      </w:pPr>
    </w:lvl>
    <w:lvl w:ilvl="4" w:tplc="C0ACFCA0">
      <w:start w:val="1"/>
      <w:numFmt w:val="lowerLetter"/>
      <w:lvlText w:val="%5."/>
      <w:lvlJc w:val="left"/>
      <w:pPr>
        <w:ind w:left="3600" w:hanging="360"/>
      </w:pPr>
    </w:lvl>
    <w:lvl w:ilvl="5" w:tplc="3C667134">
      <w:start w:val="1"/>
      <w:numFmt w:val="lowerRoman"/>
      <w:lvlText w:val="%6."/>
      <w:lvlJc w:val="right"/>
      <w:pPr>
        <w:ind w:left="4320" w:hanging="180"/>
      </w:pPr>
    </w:lvl>
    <w:lvl w:ilvl="6" w:tplc="30BABDFE">
      <w:start w:val="1"/>
      <w:numFmt w:val="decimal"/>
      <w:lvlText w:val="%7."/>
      <w:lvlJc w:val="left"/>
      <w:pPr>
        <w:ind w:left="5040" w:hanging="360"/>
      </w:pPr>
    </w:lvl>
    <w:lvl w:ilvl="7" w:tplc="71740418">
      <w:start w:val="1"/>
      <w:numFmt w:val="lowerLetter"/>
      <w:lvlText w:val="%8."/>
      <w:lvlJc w:val="left"/>
      <w:pPr>
        <w:ind w:left="5760" w:hanging="360"/>
      </w:pPr>
    </w:lvl>
    <w:lvl w:ilvl="8" w:tplc="6BA2C6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B8247"/>
    <w:multiLevelType w:val="hybridMultilevel"/>
    <w:tmpl w:val="03CAD5EC"/>
    <w:lvl w:ilvl="0" w:tplc="43601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6A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4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AC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69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05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28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A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2A2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4375E"/>
    <w:multiLevelType w:val="hybridMultilevel"/>
    <w:tmpl w:val="FFFFFFFF"/>
    <w:lvl w:ilvl="0" w:tplc="3E36F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0C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32F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4C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0A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EE6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4D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A6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F68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9AA04"/>
    <w:multiLevelType w:val="hybridMultilevel"/>
    <w:tmpl w:val="FFFFFFFF"/>
    <w:lvl w:ilvl="0" w:tplc="95266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8F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CE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0B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08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AB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EA9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83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49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5649E"/>
    <w:multiLevelType w:val="hybridMultilevel"/>
    <w:tmpl w:val="FFFFFFFF"/>
    <w:lvl w:ilvl="0" w:tplc="EC728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50A2CDE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118CDB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CCA109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02256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848482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30A256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1CE78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C4A5B1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5847638">
    <w:abstractNumId w:val="11"/>
  </w:num>
  <w:num w:numId="2" w16cid:durableId="1247492136">
    <w:abstractNumId w:val="5"/>
  </w:num>
  <w:num w:numId="3" w16cid:durableId="1259409522">
    <w:abstractNumId w:val="1"/>
  </w:num>
  <w:num w:numId="4" w16cid:durableId="1550610198">
    <w:abstractNumId w:val="10"/>
  </w:num>
  <w:num w:numId="5" w16cid:durableId="1607737796">
    <w:abstractNumId w:val="6"/>
  </w:num>
  <w:num w:numId="6" w16cid:durableId="1608074583">
    <w:abstractNumId w:val="8"/>
  </w:num>
  <w:num w:numId="7" w16cid:durableId="1705055136">
    <w:abstractNumId w:val="4"/>
  </w:num>
  <w:num w:numId="8" w16cid:durableId="1746147577">
    <w:abstractNumId w:val="13"/>
  </w:num>
  <w:num w:numId="9" w16cid:durableId="2024548604">
    <w:abstractNumId w:val="12"/>
  </w:num>
  <w:num w:numId="10" w16cid:durableId="2104914296">
    <w:abstractNumId w:val="9"/>
  </w:num>
  <w:num w:numId="11" w16cid:durableId="489642227">
    <w:abstractNumId w:val="7"/>
  </w:num>
  <w:num w:numId="12" w16cid:durableId="53821863">
    <w:abstractNumId w:val="0"/>
  </w:num>
  <w:num w:numId="13" w16cid:durableId="753353928">
    <w:abstractNumId w:val="3"/>
  </w:num>
  <w:num w:numId="14" w16cid:durableId="786392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C6A"/>
    <w:rsid w:val="00032252"/>
    <w:rsid w:val="00034616"/>
    <w:rsid w:val="00034AD0"/>
    <w:rsid w:val="00035712"/>
    <w:rsid w:val="00050C59"/>
    <w:rsid w:val="00057386"/>
    <w:rsid w:val="0006063C"/>
    <w:rsid w:val="000724AE"/>
    <w:rsid w:val="000A1401"/>
    <w:rsid w:val="000B5577"/>
    <w:rsid w:val="000C11EB"/>
    <w:rsid w:val="000D2E35"/>
    <w:rsid w:val="000F3804"/>
    <w:rsid w:val="001012CA"/>
    <w:rsid w:val="0011146A"/>
    <w:rsid w:val="0015074B"/>
    <w:rsid w:val="00163D21"/>
    <w:rsid w:val="0016500C"/>
    <w:rsid w:val="001817C1"/>
    <w:rsid w:val="00191E68"/>
    <w:rsid w:val="001A4230"/>
    <w:rsid w:val="001A6946"/>
    <w:rsid w:val="001B5E4F"/>
    <w:rsid w:val="001D1BEF"/>
    <w:rsid w:val="00214F68"/>
    <w:rsid w:val="0021799D"/>
    <w:rsid w:val="00227E8B"/>
    <w:rsid w:val="00260829"/>
    <w:rsid w:val="002713C6"/>
    <w:rsid w:val="0029392E"/>
    <w:rsid w:val="0029639D"/>
    <w:rsid w:val="002D120E"/>
    <w:rsid w:val="002D7448"/>
    <w:rsid w:val="002E68A7"/>
    <w:rsid w:val="002F0D3D"/>
    <w:rsid w:val="00316777"/>
    <w:rsid w:val="00326F90"/>
    <w:rsid w:val="00334E04"/>
    <w:rsid w:val="00342E0F"/>
    <w:rsid w:val="00386436"/>
    <w:rsid w:val="003A6DA6"/>
    <w:rsid w:val="003C7A5A"/>
    <w:rsid w:val="003D741F"/>
    <w:rsid w:val="004027E6"/>
    <w:rsid w:val="004027FB"/>
    <w:rsid w:val="00412970"/>
    <w:rsid w:val="0041615E"/>
    <w:rsid w:val="00460FB4"/>
    <w:rsid w:val="00471A29"/>
    <w:rsid w:val="00471E16"/>
    <w:rsid w:val="00492F2B"/>
    <w:rsid w:val="004E69BA"/>
    <w:rsid w:val="005167C0"/>
    <w:rsid w:val="005237C1"/>
    <w:rsid w:val="00526CBA"/>
    <w:rsid w:val="00590381"/>
    <w:rsid w:val="00591D6D"/>
    <w:rsid w:val="005A7057"/>
    <w:rsid w:val="00602DCA"/>
    <w:rsid w:val="00623C58"/>
    <w:rsid w:val="006328BE"/>
    <w:rsid w:val="00646E9C"/>
    <w:rsid w:val="00653D11"/>
    <w:rsid w:val="00680CC8"/>
    <w:rsid w:val="0069443A"/>
    <w:rsid w:val="006B3E56"/>
    <w:rsid w:val="006B441D"/>
    <w:rsid w:val="006D636D"/>
    <w:rsid w:val="006E35A9"/>
    <w:rsid w:val="006F021D"/>
    <w:rsid w:val="00711431"/>
    <w:rsid w:val="007177B7"/>
    <w:rsid w:val="00717A97"/>
    <w:rsid w:val="007305A1"/>
    <w:rsid w:val="00734A2E"/>
    <w:rsid w:val="007652A5"/>
    <w:rsid w:val="007C1F6F"/>
    <w:rsid w:val="007C44A4"/>
    <w:rsid w:val="007F23E1"/>
    <w:rsid w:val="007F6B4E"/>
    <w:rsid w:val="00814084"/>
    <w:rsid w:val="00820167"/>
    <w:rsid w:val="008618CF"/>
    <w:rsid w:val="008776B5"/>
    <w:rsid w:val="00879D1F"/>
    <w:rsid w:val="00882F85"/>
    <w:rsid w:val="008A2379"/>
    <w:rsid w:val="008A7D77"/>
    <w:rsid w:val="008D414E"/>
    <w:rsid w:val="00911568"/>
    <w:rsid w:val="00921360"/>
    <w:rsid w:val="00964FC8"/>
    <w:rsid w:val="009674A1"/>
    <w:rsid w:val="00980D62"/>
    <w:rsid w:val="009A0C59"/>
    <w:rsid w:val="009A522E"/>
    <w:rsid w:val="009F1089"/>
    <w:rsid w:val="009F22B4"/>
    <w:rsid w:val="00A82DD2"/>
    <w:rsid w:val="00AA1D8D"/>
    <w:rsid w:val="00AB1776"/>
    <w:rsid w:val="00AD5559"/>
    <w:rsid w:val="00AF3EFB"/>
    <w:rsid w:val="00B22C53"/>
    <w:rsid w:val="00B30AF8"/>
    <w:rsid w:val="00B32E5E"/>
    <w:rsid w:val="00B47730"/>
    <w:rsid w:val="00B80049"/>
    <w:rsid w:val="00B841DC"/>
    <w:rsid w:val="00BA4000"/>
    <w:rsid w:val="00BB7D28"/>
    <w:rsid w:val="00BC5550"/>
    <w:rsid w:val="00C0214A"/>
    <w:rsid w:val="00C07079"/>
    <w:rsid w:val="00C354F3"/>
    <w:rsid w:val="00C37A5B"/>
    <w:rsid w:val="00C81DF9"/>
    <w:rsid w:val="00CB0664"/>
    <w:rsid w:val="00CB38D8"/>
    <w:rsid w:val="00CD6C55"/>
    <w:rsid w:val="00CE47D4"/>
    <w:rsid w:val="00CF35E6"/>
    <w:rsid w:val="00CF5639"/>
    <w:rsid w:val="00CF688E"/>
    <w:rsid w:val="00D11A0B"/>
    <w:rsid w:val="00D1590D"/>
    <w:rsid w:val="00D57893"/>
    <w:rsid w:val="00D62959"/>
    <w:rsid w:val="00D637EE"/>
    <w:rsid w:val="00D706C4"/>
    <w:rsid w:val="00D84AFF"/>
    <w:rsid w:val="00DA0FB9"/>
    <w:rsid w:val="00DB62E9"/>
    <w:rsid w:val="00DC059C"/>
    <w:rsid w:val="00DC0AEC"/>
    <w:rsid w:val="00DC4ACA"/>
    <w:rsid w:val="00DF2DAA"/>
    <w:rsid w:val="00E03CF7"/>
    <w:rsid w:val="00E07E9B"/>
    <w:rsid w:val="00E10B7D"/>
    <w:rsid w:val="00E335F0"/>
    <w:rsid w:val="00E475D3"/>
    <w:rsid w:val="00E87901"/>
    <w:rsid w:val="00E9107A"/>
    <w:rsid w:val="00EA01B6"/>
    <w:rsid w:val="00EB53FA"/>
    <w:rsid w:val="00EC0A61"/>
    <w:rsid w:val="00EF27A2"/>
    <w:rsid w:val="00EF5870"/>
    <w:rsid w:val="00F25F20"/>
    <w:rsid w:val="00F26218"/>
    <w:rsid w:val="00F33A2F"/>
    <w:rsid w:val="00FA352C"/>
    <w:rsid w:val="00FC693F"/>
    <w:rsid w:val="00FC78CD"/>
    <w:rsid w:val="00FE64EB"/>
    <w:rsid w:val="01CC4094"/>
    <w:rsid w:val="02559327"/>
    <w:rsid w:val="02EBD8D2"/>
    <w:rsid w:val="04BED14E"/>
    <w:rsid w:val="05730395"/>
    <w:rsid w:val="05BEF1D8"/>
    <w:rsid w:val="05D5BE9E"/>
    <w:rsid w:val="06116F73"/>
    <w:rsid w:val="0630F82F"/>
    <w:rsid w:val="066D5C8C"/>
    <w:rsid w:val="07B1231C"/>
    <w:rsid w:val="07E1827F"/>
    <w:rsid w:val="083B4D6C"/>
    <w:rsid w:val="08625A9F"/>
    <w:rsid w:val="08FCB14A"/>
    <w:rsid w:val="0915850E"/>
    <w:rsid w:val="094DA3FC"/>
    <w:rsid w:val="0950DC8C"/>
    <w:rsid w:val="0975F44E"/>
    <w:rsid w:val="09B87C4F"/>
    <w:rsid w:val="0AB1FA1D"/>
    <w:rsid w:val="0AB9E767"/>
    <w:rsid w:val="0B3BCE84"/>
    <w:rsid w:val="0BC28AD2"/>
    <w:rsid w:val="0C2353A3"/>
    <w:rsid w:val="0CC2608A"/>
    <w:rsid w:val="0D2D4FE4"/>
    <w:rsid w:val="0E16F083"/>
    <w:rsid w:val="0E5F19FB"/>
    <w:rsid w:val="0ED0C70F"/>
    <w:rsid w:val="0ED1750C"/>
    <w:rsid w:val="111CEDFB"/>
    <w:rsid w:val="11223752"/>
    <w:rsid w:val="11F8B27F"/>
    <w:rsid w:val="12D3C7F1"/>
    <w:rsid w:val="12F7E6AF"/>
    <w:rsid w:val="1374F223"/>
    <w:rsid w:val="1377C536"/>
    <w:rsid w:val="13FC0518"/>
    <w:rsid w:val="15DB6096"/>
    <w:rsid w:val="1647215F"/>
    <w:rsid w:val="16AC88B5"/>
    <w:rsid w:val="1759B9A5"/>
    <w:rsid w:val="181A195F"/>
    <w:rsid w:val="18594B85"/>
    <w:rsid w:val="18F6CA0E"/>
    <w:rsid w:val="194F8468"/>
    <w:rsid w:val="19544924"/>
    <w:rsid w:val="197DFAEC"/>
    <w:rsid w:val="19CD8157"/>
    <w:rsid w:val="1A22CE04"/>
    <w:rsid w:val="1A2F86D0"/>
    <w:rsid w:val="1A31856D"/>
    <w:rsid w:val="1B0E0EC0"/>
    <w:rsid w:val="1B14C52D"/>
    <w:rsid w:val="1B52C28A"/>
    <w:rsid w:val="1BD85A43"/>
    <w:rsid w:val="1C738C47"/>
    <w:rsid w:val="1D3B33F6"/>
    <w:rsid w:val="1D59134C"/>
    <w:rsid w:val="1DF2D299"/>
    <w:rsid w:val="1F21153D"/>
    <w:rsid w:val="1FD6D8C2"/>
    <w:rsid w:val="20AAA753"/>
    <w:rsid w:val="23BDD14F"/>
    <w:rsid w:val="2400A9EB"/>
    <w:rsid w:val="24B9C089"/>
    <w:rsid w:val="25DBA5DC"/>
    <w:rsid w:val="263D9DFD"/>
    <w:rsid w:val="2764D383"/>
    <w:rsid w:val="2806AE1A"/>
    <w:rsid w:val="292E31F2"/>
    <w:rsid w:val="2A4259ED"/>
    <w:rsid w:val="2A873482"/>
    <w:rsid w:val="2A90FA25"/>
    <w:rsid w:val="2B011823"/>
    <w:rsid w:val="2C1D7804"/>
    <w:rsid w:val="2C3600ED"/>
    <w:rsid w:val="2C6C6A31"/>
    <w:rsid w:val="2D49F62A"/>
    <w:rsid w:val="2D4B228B"/>
    <w:rsid w:val="2D632CA5"/>
    <w:rsid w:val="2F0CD924"/>
    <w:rsid w:val="2F4216CC"/>
    <w:rsid w:val="2F5D2788"/>
    <w:rsid w:val="3068EB90"/>
    <w:rsid w:val="30C68419"/>
    <w:rsid w:val="32BE33BE"/>
    <w:rsid w:val="32C4339B"/>
    <w:rsid w:val="33FA5866"/>
    <w:rsid w:val="34AB8DDA"/>
    <w:rsid w:val="35E58903"/>
    <w:rsid w:val="3628D081"/>
    <w:rsid w:val="37297319"/>
    <w:rsid w:val="3769D84B"/>
    <w:rsid w:val="379812DD"/>
    <w:rsid w:val="37E80AD2"/>
    <w:rsid w:val="387B26F3"/>
    <w:rsid w:val="3881AA25"/>
    <w:rsid w:val="393A6B6A"/>
    <w:rsid w:val="395F1687"/>
    <w:rsid w:val="3A1EFD09"/>
    <w:rsid w:val="3A5F0F5E"/>
    <w:rsid w:val="3A9F5D3D"/>
    <w:rsid w:val="3AA6FF3C"/>
    <w:rsid w:val="3AE3CEDF"/>
    <w:rsid w:val="3B7F8670"/>
    <w:rsid w:val="3B80AAEA"/>
    <w:rsid w:val="3C18CA4C"/>
    <w:rsid w:val="3C6A7D8B"/>
    <w:rsid w:val="3C6E792E"/>
    <w:rsid w:val="3CBA8BBE"/>
    <w:rsid w:val="3DF1B25B"/>
    <w:rsid w:val="3E45838B"/>
    <w:rsid w:val="3E72FF02"/>
    <w:rsid w:val="3EC93F7B"/>
    <w:rsid w:val="3ED20968"/>
    <w:rsid w:val="406C7CA2"/>
    <w:rsid w:val="41B3875B"/>
    <w:rsid w:val="41EE0295"/>
    <w:rsid w:val="4296FC4B"/>
    <w:rsid w:val="42C890F4"/>
    <w:rsid w:val="42EE0A39"/>
    <w:rsid w:val="434004FD"/>
    <w:rsid w:val="44155EB8"/>
    <w:rsid w:val="444CDE72"/>
    <w:rsid w:val="449C176E"/>
    <w:rsid w:val="44A223A6"/>
    <w:rsid w:val="45B3A31C"/>
    <w:rsid w:val="46104FAF"/>
    <w:rsid w:val="46177F5F"/>
    <w:rsid w:val="46AD872E"/>
    <w:rsid w:val="46EA95B9"/>
    <w:rsid w:val="470F3195"/>
    <w:rsid w:val="485D316D"/>
    <w:rsid w:val="48E87870"/>
    <w:rsid w:val="499DA602"/>
    <w:rsid w:val="4AA5F4F9"/>
    <w:rsid w:val="4AEF751E"/>
    <w:rsid w:val="4AF00F3E"/>
    <w:rsid w:val="4B22BF12"/>
    <w:rsid w:val="4B77B0FF"/>
    <w:rsid w:val="4B7FFD88"/>
    <w:rsid w:val="4B8F15F1"/>
    <w:rsid w:val="4BB02EE5"/>
    <w:rsid w:val="4BECF101"/>
    <w:rsid w:val="4DA93706"/>
    <w:rsid w:val="4E09AD54"/>
    <w:rsid w:val="4E12C56B"/>
    <w:rsid w:val="4ED05906"/>
    <w:rsid w:val="4F1A6240"/>
    <w:rsid w:val="4FE66911"/>
    <w:rsid w:val="5073E59B"/>
    <w:rsid w:val="5097E478"/>
    <w:rsid w:val="50992CE1"/>
    <w:rsid w:val="50E1BE89"/>
    <w:rsid w:val="50E81EDA"/>
    <w:rsid w:val="51374180"/>
    <w:rsid w:val="5173A9AF"/>
    <w:rsid w:val="52024E95"/>
    <w:rsid w:val="52130347"/>
    <w:rsid w:val="52189CFC"/>
    <w:rsid w:val="528B2810"/>
    <w:rsid w:val="52A4B2E4"/>
    <w:rsid w:val="5348254F"/>
    <w:rsid w:val="54489BA1"/>
    <w:rsid w:val="545D1456"/>
    <w:rsid w:val="54670B2C"/>
    <w:rsid w:val="546C9480"/>
    <w:rsid w:val="54D0FC9B"/>
    <w:rsid w:val="5528C7B8"/>
    <w:rsid w:val="55490422"/>
    <w:rsid w:val="568D0A7B"/>
    <w:rsid w:val="56CB3687"/>
    <w:rsid w:val="56D91799"/>
    <w:rsid w:val="56F15010"/>
    <w:rsid w:val="5755DF8F"/>
    <w:rsid w:val="578001F2"/>
    <w:rsid w:val="5925CF03"/>
    <w:rsid w:val="59E5424F"/>
    <w:rsid w:val="5AE07EA8"/>
    <w:rsid w:val="5AECB368"/>
    <w:rsid w:val="5B71FAB4"/>
    <w:rsid w:val="5B923F18"/>
    <w:rsid w:val="5BD92FBE"/>
    <w:rsid w:val="5BF2B047"/>
    <w:rsid w:val="5C3C7DC3"/>
    <w:rsid w:val="5C52A95E"/>
    <w:rsid w:val="5D08E26B"/>
    <w:rsid w:val="5DEF2D1A"/>
    <w:rsid w:val="5E5F7001"/>
    <w:rsid w:val="5EDA1716"/>
    <w:rsid w:val="5F00BBA9"/>
    <w:rsid w:val="5F0FEEA3"/>
    <w:rsid w:val="5FF9122D"/>
    <w:rsid w:val="601D8C7C"/>
    <w:rsid w:val="60DDBC93"/>
    <w:rsid w:val="615FD9F2"/>
    <w:rsid w:val="6294318C"/>
    <w:rsid w:val="63F74E2A"/>
    <w:rsid w:val="64021129"/>
    <w:rsid w:val="655F00CA"/>
    <w:rsid w:val="657315C0"/>
    <w:rsid w:val="663ADA7A"/>
    <w:rsid w:val="6663BDC7"/>
    <w:rsid w:val="66C9E767"/>
    <w:rsid w:val="66EB7F34"/>
    <w:rsid w:val="676ED36D"/>
    <w:rsid w:val="67B57A14"/>
    <w:rsid w:val="68299EED"/>
    <w:rsid w:val="69CB356F"/>
    <w:rsid w:val="69E6BE84"/>
    <w:rsid w:val="6B1FF04F"/>
    <w:rsid w:val="6B45F7C0"/>
    <w:rsid w:val="6B6EF392"/>
    <w:rsid w:val="6BCB6ACD"/>
    <w:rsid w:val="6C683724"/>
    <w:rsid w:val="6C8A2F02"/>
    <w:rsid w:val="6D72C509"/>
    <w:rsid w:val="6D96B206"/>
    <w:rsid w:val="6E1D1F79"/>
    <w:rsid w:val="6E45EDBA"/>
    <w:rsid w:val="6EDF0028"/>
    <w:rsid w:val="6F154C87"/>
    <w:rsid w:val="6F51515B"/>
    <w:rsid w:val="6F9CC0C5"/>
    <w:rsid w:val="707E85C9"/>
    <w:rsid w:val="716109A8"/>
    <w:rsid w:val="71861770"/>
    <w:rsid w:val="71D7D73A"/>
    <w:rsid w:val="72266FAE"/>
    <w:rsid w:val="72A97A0B"/>
    <w:rsid w:val="7535D21E"/>
    <w:rsid w:val="75C402F5"/>
    <w:rsid w:val="75D88232"/>
    <w:rsid w:val="76A2A437"/>
    <w:rsid w:val="76F74804"/>
    <w:rsid w:val="77243879"/>
    <w:rsid w:val="77E0B852"/>
    <w:rsid w:val="7898C638"/>
    <w:rsid w:val="78C48E09"/>
    <w:rsid w:val="796E90F3"/>
    <w:rsid w:val="7A2DCEC0"/>
    <w:rsid w:val="7A4BE475"/>
    <w:rsid w:val="7B3F7AA8"/>
    <w:rsid w:val="7B42918C"/>
    <w:rsid w:val="7B64EE19"/>
    <w:rsid w:val="7B70D4FC"/>
    <w:rsid w:val="7B9BAB97"/>
    <w:rsid w:val="7BF25245"/>
    <w:rsid w:val="7BFEAE4F"/>
    <w:rsid w:val="7C057355"/>
    <w:rsid w:val="7C1AB195"/>
    <w:rsid w:val="7C3B2900"/>
    <w:rsid w:val="7CA106CD"/>
    <w:rsid w:val="7CBFFF3D"/>
    <w:rsid w:val="7CDC0D5D"/>
    <w:rsid w:val="7D36C5D9"/>
    <w:rsid w:val="7D6DF4AD"/>
    <w:rsid w:val="7D806BA9"/>
    <w:rsid w:val="7DE11353"/>
    <w:rsid w:val="7F2326DC"/>
    <w:rsid w:val="7F419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38F4EC"/>
  <w14:defaultImageDpi w14:val="300"/>
  <w15:docId w15:val="{D4A25D6E-3B48-4BDB-80D7-513A8CC4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01D8C7C"/>
    <w:pPr>
      <w:spacing w:after="0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6B5"/>
    <w:pPr>
      <w:keepNext/>
      <w:keepLines/>
      <w:spacing w:before="480"/>
      <w:outlineLvl w:val="0"/>
    </w:pPr>
    <w:rPr>
      <w:rFonts w:ascii="Verdana" w:eastAsia="Verdana" w:hAnsi="Verdana" w:cs="Verdana"/>
      <w:color w:val="1F497D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1A22CE04"/>
    <w:pPr>
      <w:keepNext/>
      <w:keepLines/>
      <w:spacing w:before="40" w:after="120"/>
      <w:outlineLvl w:val="1"/>
    </w:pPr>
    <w:rPr>
      <w:rFonts w:ascii="Verdana" w:eastAsia="Verdana" w:hAnsi="Verdana" w:cs="Verdana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01D8C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601D8C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601D8C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601D8C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601D8C7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601D8C7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601D8C7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601D8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601D8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776B5"/>
    <w:rPr>
      <w:rFonts w:ascii="Verdana" w:eastAsia="Verdana" w:hAnsi="Verdana" w:cs="Verdana"/>
      <w:color w:val="1F497D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1A22CE04"/>
    <w:rPr>
      <w:rFonts w:ascii="Verdana" w:eastAsia="Verdana" w:hAnsi="Verdana" w:cs="Verdana"/>
      <w:b w:val="0"/>
      <w:bCs w:val="0"/>
      <w:i w:val="0"/>
      <w:iCs w:val="0"/>
      <w:caps w:val="0"/>
      <w:smallCaps w:val="0"/>
      <w:noProof w:val="0"/>
      <w:color w:val="2F5496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601D8C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601D8C7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601D8C7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601D8C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601D8C7C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601D8C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601D8C7C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601D8C7C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601D8C7C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601D8C7C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unhideWhenUsed/>
    <w:rsid w:val="601D8C7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601D8C7C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unhideWhenUsed/>
    <w:rsid w:val="601D8C7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unhideWhenUsed/>
    <w:rsid w:val="601D8C7C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unhideWhenUsed/>
    <w:rsid w:val="601D8C7C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unhideWhenUsed/>
    <w:rsid w:val="601D8C7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601D8C7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601D8C7C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601D8C7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601D8C7C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01D8C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601D8C7C"/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89274393463?pwd=FcYLsLv9KZaNTCJmlBkVSadBFA9sQE.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5298899956?pwd=Lpm3aBthVayCVaGlsSnnTGK6GOJVYw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fb2b99-be89-4f45-b37c-be1ef0c04955">
      <Terms xmlns="http://schemas.microsoft.com/office/infopath/2007/PartnerControls"/>
    </lcf76f155ced4ddcb4097134ff3c332f>
    <TaxCatchAll xmlns="49174984-12fa-4a24-9ef6-8a7dc6c2db71" xsi:nil="true"/>
    <Approximately_x0020_how_x0020_long_x0020_do_x0020_you_x0020_think_x0020_we_x0020_will_x0020_need_x0020_to_x0020_discuss_x0020_this_x0020_agenda_x0020_item_x003f_ xmlns="04fb2b99-be89-4f45-b37c-be1ef0c04955" xsi:nil="true"/>
    <Meeting_x0020_date xmlns="04fb2b99-be89-4f45-b37c-be1ef0c04955"/>
    <How_x0020_do_x0020_you_x0020_plan_x0020_to_x0020_attend_x0020_the_x0020_meeting_x003f_ xmlns="04fb2b99-be89-4f45-b37c-be1ef0c04955"/>
    <Are_x0020_there_x0020_additional_x0020_resources_x002c__x0020_links_x0020_or_x0020_examples_x0020_that_x0020_library_x0020_staff_x0020_should_x0020_review_x0020_prior_x0020_to_x0020_the_x0020_meeting_x003f_ xmlns="04fb2b99-be89-4f45-b37c-be1ef0c04955" xsi:nil="true"/>
    <Name_x0020_ xmlns="04fb2b99-be89-4f45-b37c-be1ef0c04955"/>
    <If_x0020_you_x0020_are_x0020_submitting_x0020_an_x0020_agenda_x0020_item_x002c__x0020_would_x0020_you_x0020_be_x0020_comfortable_x0020_presenting_x0020_it_x0020_to_x0020_the_x0020_group_x003f_ xmlns="04fb2b99-be89-4f45-b37c-be1ef0c04955" xsi:nil="true"/>
    <Description_x0020_of_x0020_Agenda_x0020_Item xmlns="04fb2b99-be89-4f45-b37c-be1ef0c04955" xsi:nil="true"/>
    <Library_x0020_ xmlns="04fb2b99-be89-4f45-b37c-be1ef0c04955"/>
    <Topic_x0020_for_x0020_Agenda xmlns="04fb2b99-be89-4f45-b37c-be1ef0c04955" xsi:nil="true"/>
    <CONTINUING_x0020_EDUCATION xmlns="04fb2b99-be89-4f45-b37c-be1ef0c049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FD8AEDA893740B2E2B561320165F3" ma:contentTypeVersion="29" ma:contentTypeDescription="Create a new document." ma:contentTypeScope="" ma:versionID="1377d9e0cac2a27d77d955a455f8b3da">
  <xsd:schema xmlns:xsd="http://www.w3.org/2001/XMLSchema" xmlns:xs="http://www.w3.org/2001/XMLSchema" xmlns:p="http://schemas.microsoft.com/office/2006/metadata/properties" xmlns:ns2="04fb2b99-be89-4f45-b37c-be1ef0c04955" xmlns:ns3="49174984-12fa-4a24-9ef6-8a7dc6c2db71" targetNamespace="http://schemas.microsoft.com/office/2006/metadata/properties" ma:root="true" ma:fieldsID="c7b0a67c0da0533577f182d4128a6210" ns2:_="" ns3:_="">
    <xsd:import namespace="04fb2b99-be89-4f45-b37c-be1ef0c04955"/>
    <xsd:import namespace="49174984-12fa-4a24-9ef6-8a7dc6c2db71"/>
    <xsd:element name="properties">
      <xsd:complexType>
        <xsd:sequence>
          <xsd:element name="documentManagement">
            <xsd:complexType>
              <xsd:all>
                <xsd:element ref="ns2:Library_x0020_"/>
                <xsd:element ref="ns2:Name_x0020_"/>
                <xsd:element ref="ns2:Meeting_x0020_date"/>
                <xsd:element ref="ns2:How_x0020_do_x0020_you_x0020_plan_x0020_to_x0020_attend_x0020_the_x0020_meeting_x003f_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_x0020_for_x0020_Agenda" minOccurs="0"/>
                <xsd:element ref="ns2:Description_x0020_of_x0020_Agenda_x0020_Item" minOccurs="0"/>
                <xsd:element ref="ns2:Are_x0020_there_x0020_additional_x0020_resources_x002c__x0020_links_x0020_or_x0020_examples_x0020_that_x0020_library_x0020_staff_x0020_should_x0020_review_x0020_prior_x0020_to_x0020_the_x0020_meeting_x003f_" minOccurs="0"/>
                <xsd:element ref="ns2:If_x0020_you_x0020_are_x0020_submitting_x0020_an_x0020_agenda_x0020_item_x002c__x0020_would_x0020_you_x0020_be_x0020_comfortable_x0020_presenting_x0020_it_x0020_to_x0020_the_x0020_group_x003f_" minOccurs="0"/>
                <xsd:element ref="ns2:Approximately_x0020_how_x0020_long_x0020_do_x0020_you_x0020_think_x0020_we_x0020_will_x0020_need_x0020_to_x0020_discuss_x0020_this_x0020_agenda_x0020_item_x003f_" minOccurs="0"/>
                <xsd:element ref="ns2:CONTINUING_x0020_EDU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b2b99-be89-4f45-b37c-be1ef0c04955" elementFormDefault="qualified">
    <xsd:import namespace="http://schemas.microsoft.com/office/2006/documentManagement/types"/>
    <xsd:import namespace="http://schemas.microsoft.com/office/infopath/2007/PartnerControls"/>
    <xsd:element name="Library_x0020_" ma:index="3" ma:displayName="Library " ma:internalName="Library_x0020_" ma:readOnly="false">
      <xsd:simpleType>
        <xsd:restriction base="dms:Text">
          <xsd:maxLength value="255"/>
        </xsd:restriction>
      </xsd:simpleType>
    </xsd:element>
    <xsd:element name="Name_x0020_" ma:index="4" ma:displayName="Name " ma:internalName="Name_x0020_" ma:readOnly="false">
      <xsd:simpleType>
        <xsd:restriction base="dms:Text"/>
      </xsd:simpleType>
    </xsd:element>
    <xsd:element name="Meeting_x0020_date" ma:index="5" ma:displayName="Meeting date" ma:internalName="Meeting_x0020_date" ma:readOnly="false">
      <xsd:simpleType>
        <xsd:restriction base="dms:Choice">
          <xsd:enumeration value="August 19"/>
          <xsd:enumeration value="November 18"/>
          <xsd:enumeration value="2/17"/>
          <xsd:enumeration value="5/19"/>
          <xsd:maxLength value="255"/>
        </xsd:restriction>
      </xsd:simpleType>
    </xsd:element>
    <xsd:element name="How_x0020_do_x0020_you_x0020_plan_x0020_to_x0020_attend_x0020_the_x0020_meeting_x003f_" ma:index="6" ma:displayName="How do you plan to attend the meeting?" ma:internalName="How_x0020_do_x0020_you_x0020_plan_x0020_to_x0020_attend_x0020_the_x0020_meeting_x003f_" ma:readOnly="false">
      <xsd:simpleType>
        <xsd:restriction base="dms:Choice">
          <xsd:enumeration value="Choice 1"/>
          <xsd:enumeration value="Virtual"/>
          <xsd:enumeration value="Choice 3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8242fc-8867-421b-8d4f-f4d5bb518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_x0020_for_x0020_Agenda" ma:index="30" nillable="true" ma:displayName="Topic for Agenda" ma:hidden="true" ma:internalName="Topic_x0020_for_x0020_Agenda" ma:readOnly="false">
      <xsd:simpleType>
        <xsd:restriction base="dms:Text"/>
      </xsd:simpleType>
    </xsd:element>
    <xsd:element name="Description_x0020_of_x0020_Agenda_x0020_Item" ma:index="31" nillable="true" ma:displayName="Description of Agenda Item" ma:hidden="true" ma:internalName="Description_x0020_of_x0020_Agenda_x0020_Item" ma:readOnly="false">
      <xsd:simpleType>
        <xsd:restriction base="dms:Note"/>
      </xsd:simpleType>
    </xsd:element>
    <xsd:element name="Are_x0020_there_x0020_additional_x0020_resources_x002c__x0020_links_x0020_or_x0020_examples_x0020_that_x0020_library_x0020_staff_x0020_should_x0020_review_x0020_prior_x0020_to_x0020_the_x0020_meeting_x003f_" ma:index="32" nillable="true" ma:displayName="Are there additional resources, links or examples that library staff should review prior to the meeting?" ma:hidden="true" ma:internalName="Are_x0020_there_x0020_additional_x0020_resources_x002c__x0020_links_x0020_or_x0020_examples_x0020_that_x0020_library_x0020_staff_x0020_should_x0020_review_x0020_prior_x0020_to_x0020_the_x0020_meeting_x003f_" ma:readOnly="false">
      <xsd:simpleType>
        <xsd:restriction base="dms:Note"/>
      </xsd:simpleType>
    </xsd:element>
    <xsd:element name="If_x0020_you_x0020_are_x0020_submitting_x0020_an_x0020_agenda_x0020_item_x002c__x0020_would_x0020_you_x0020_be_x0020_comfortable_x0020_presenting_x0020_it_x0020_to_x0020_the_x0020_group_x003f_" ma:index="33" nillable="true" ma:displayName="If you are submitting an agenda item, would you be comfortable presenting it to the group?" ma:hidden="true" ma:internalName="If_x0020_you_x0020_are_x0020_submitting_x0020_an_x0020_agenda_x0020_item_x002c__x0020_would_x0020_you_x0020_be_x0020_comfortable_x0020_presenting_x0020_it_x0020_to_x0020_the_x0020_group_x003f_" ma:readOnly="fals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Approximately_x0020_how_x0020_long_x0020_do_x0020_you_x0020_think_x0020_we_x0020_will_x0020_need_x0020_to_x0020_discuss_x0020_this_x0020_agenda_x0020_item_x003f_" ma:index="34" nillable="true" ma:displayName="Approximately how long do you think we will need to discuss this agenda item?" ma:hidden="true" ma:internalName="Approximately_x0020_how_x0020_long_x0020_do_x0020_you_x0020_think_x0020_we_x0020_will_x0020_need_x0020_to_x0020_discuss_x0020_this_x0020_agenda_x0020_item_x003f_" ma:readOnly="false">
      <xsd:simpleType>
        <xsd:restriction base="dms:Text"/>
      </xsd:simpleType>
    </xsd:element>
    <xsd:element name="CONTINUING_x0020_EDUCATION" ma:index="35" nillable="true" ma:displayName="CONTINUING EDUCATION" ma:hidden="true" ma:internalName="CONTINUING_x0020_EDUCA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74984-12fa-4a24-9ef6-8a7dc6c2db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eaa66db-708c-4f1a-b3bc-bbce3a8f22fd}" ma:internalName="TaxCatchAll" ma:readOnly="false" ma:showField="CatchAllData" ma:web="49174984-12fa-4a24-9ef6-8a7dc6c2d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A0A71-C319-4518-AE07-C5FB31761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E17BF-2E7D-46F5-BDE8-D2C9510ADF5A}">
  <ds:schemaRefs>
    <ds:schemaRef ds:uri="http://schemas.microsoft.com/office/2006/metadata/properties"/>
    <ds:schemaRef ds:uri="http://schemas.microsoft.com/office/infopath/2007/PartnerControls"/>
    <ds:schemaRef ds:uri="04fb2b99-be89-4f45-b37c-be1ef0c04955"/>
    <ds:schemaRef ds:uri="49174984-12fa-4a24-9ef6-8a7dc6c2db71"/>
  </ds:schemaRefs>
</ds:datastoreItem>
</file>

<file path=customXml/itemProps3.xml><?xml version="1.0" encoding="utf-8"?>
<ds:datastoreItem xmlns:ds="http://schemas.openxmlformats.org/officeDocument/2006/customXml" ds:itemID="{780D431A-1A18-4ECE-8BFE-68E39ADAA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b2b99-be89-4f45-b37c-be1ef0c04955"/>
    <ds:schemaRef ds:uri="49174984-12fa-4a24-9ef6-8a7dc6c2d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Debra Wischmeyer</cp:lastModifiedBy>
  <cp:revision>35</cp:revision>
  <dcterms:created xsi:type="dcterms:W3CDTF">2013-12-23T23:15:00Z</dcterms:created>
  <dcterms:modified xsi:type="dcterms:W3CDTF">2026-08-12T17:44:00Z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be2f525f-e303-4273-9e45-dba6fada036f</vt:lpwstr>
  </property>
  <property fmtid="{D5CDD505-2E9C-101B-9397-08002B2CF9AE}" pid="3" name="MediaServiceImageTags">
    <vt:lpwstr/>
  </property>
  <property fmtid="{D5CDD505-2E9C-101B-9397-08002B2CF9AE}" pid="4" name="ContentTypeId">
    <vt:lpwstr>0x010100417FD8AEDA893740B2E2B561320165F3</vt:lpwstr>
  </property>
</Properties>
</file>