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6B5" w:rsidR="00590381" w:rsidP="577220A6" w:rsidRDefault="3AE3CEDF" w14:paraId="03C07998" w14:textId="246C6CE1">
      <w:pPr>
        <w:pStyle w:val="Heading1"/>
        <w:suppressLineNumbers w:val="0"/>
        <w:bidi w:val="0"/>
        <w:spacing w:before="480" w:beforeAutospacing="off" w:after="0" w:afterAutospacing="off" w:line="276" w:lineRule="auto"/>
        <w:ind w:left="0" w:right="0"/>
        <w:jc w:val="left"/>
      </w:pPr>
      <w:r w:rsidR="0F8BA472">
        <w:rPr/>
        <w:t>Circ Tech</w:t>
      </w:r>
      <w:r w:rsidR="3AE3CEDF">
        <w:rPr/>
        <w:t xml:space="preserve"> </w:t>
      </w:r>
      <w:r w:rsidR="72A97A0B">
        <w:rPr/>
        <w:t xml:space="preserve">Meeting </w:t>
      </w:r>
      <w:r w:rsidR="3B80AAEA">
        <w:rPr/>
        <w:t>Agenda &amp; Minutes</w:t>
      </w:r>
    </w:p>
    <w:p w:rsidRPr="001D1BEF" w:rsidR="001D1BEF" w:rsidP="001D1BEF" w:rsidRDefault="001D1BEF" w14:paraId="1B389759" w14:textId="77777777"/>
    <w:p w:rsidRPr="008776B5" w:rsidR="0E16F083" w:rsidP="1A22CE04" w:rsidRDefault="0E16F083" w14:paraId="6B569E8B" w14:textId="0DB1A565">
      <w:pPr>
        <w:pStyle w:val="Heading2"/>
        <w:rPr>
          <w:color w:val="1F497D" w:themeColor="text2"/>
        </w:rPr>
      </w:pPr>
      <w:r w:rsidRPr="008776B5">
        <w:rPr>
          <w:color w:val="1F497D" w:themeColor="text2"/>
        </w:rPr>
        <w:t xml:space="preserve">Meeting Details  </w:t>
      </w:r>
    </w:p>
    <w:p w:rsidRPr="009674A1" w:rsidR="001B5E4F" w:rsidP="577220A6" w:rsidRDefault="5AE07EA8" w14:paraId="13C6B559" w14:textId="594C31AC">
      <w:pPr>
        <w:pStyle w:val="Normal"/>
        <w:suppressLineNumbers w:val="0"/>
        <w:bidi w:val="0"/>
        <w:spacing w:before="0" w:beforeAutospacing="off" w:after="120" w:afterAutospacing="off" w:line="240" w:lineRule="auto"/>
        <w:ind w:left="0" w:right="0"/>
        <w:jc w:val="left"/>
      </w:pPr>
      <w:r w:rsidRPr="577220A6" w:rsidR="5AE07EA8">
        <w:rPr>
          <w:b w:val="1"/>
          <w:bCs w:val="1"/>
          <w:sz w:val="22"/>
          <w:szCs w:val="22"/>
        </w:rPr>
        <w:t>Type</w:t>
      </w:r>
      <w:r w:rsidRPr="577220A6" w:rsidR="5AE07EA8">
        <w:rPr>
          <w:sz w:val="22"/>
          <w:szCs w:val="22"/>
        </w:rPr>
        <w:t>:</w:t>
      </w:r>
      <w:r w:rsidRPr="577220A6" w:rsidR="52189CFC">
        <w:rPr>
          <w:sz w:val="22"/>
          <w:szCs w:val="22"/>
        </w:rPr>
        <w:t xml:space="preserve"> </w:t>
      </w:r>
      <w:r>
        <w:tab/>
      </w:r>
      <w:bookmarkStart w:name="_Int_AgVEEa3N" w:id="1582334236"/>
      <w:r>
        <w:tab/>
      </w:r>
      <w:bookmarkEnd w:id="1582334236"/>
      <w:r w:rsidRPr="577220A6" w:rsidR="4F90CF64">
        <w:rPr>
          <w:sz w:val="22"/>
          <w:szCs w:val="22"/>
        </w:rPr>
        <w:t>Circulation Technical Meeting</w:t>
      </w:r>
    </w:p>
    <w:p w:rsidR="5AE07EA8" w:rsidP="577220A6" w:rsidRDefault="5AE07EA8" w14:paraId="00E5BB61" w14:textId="4C386A52">
      <w:pPr>
        <w:spacing w:line="240" w:lineRule="auto"/>
      </w:pPr>
      <w:r w:rsidRPr="577220A6" w:rsidR="5AE07EA8">
        <w:rPr>
          <w:b w:val="1"/>
          <w:bCs w:val="1"/>
          <w:sz w:val="22"/>
          <w:szCs w:val="22"/>
        </w:rPr>
        <w:t>Date</w:t>
      </w:r>
      <w:r w:rsidRPr="577220A6" w:rsidR="5AE07EA8">
        <w:rPr>
          <w:b w:val="1"/>
          <w:bCs w:val="1"/>
          <w:sz w:val="22"/>
          <w:szCs w:val="22"/>
        </w:rPr>
        <w:t xml:space="preserve">: </w:t>
      </w:r>
      <w:r w:rsidRPr="577220A6" w:rsidR="1FD6D8C2">
        <w:rPr>
          <w:b w:val="1"/>
          <w:bCs w:val="1"/>
          <w:sz w:val="22"/>
          <w:szCs w:val="22"/>
        </w:rPr>
        <w:t xml:space="preserve"> </w:t>
      </w:r>
      <w:r>
        <w:tab/>
      </w:r>
      <w:bookmarkStart w:name="_Int_B4UaCu9C" w:id="1091240853"/>
      <w:r>
        <w:tab/>
      </w:r>
      <w:bookmarkEnd w:id="1091240853"/>
      <w:r w:rsidRPr="577220A6" w:rsidR="6E7E6CC5">
        <w:rPr>
          <w:sz w:val="22"/>
          <w:szCs w:val="22"/>
        </w:rPr>
        <w:t>October 1, 2026</w:t>
      </w:r>
    </w:p>
    <w:p w:rsidR="6E7E6CC5" w:rsidP="577220A6" w:rsidRDefault="6E7E6CC5" w14:paraId="62BFEA4B" w14:textId="68DFD50E">
      <w:pPr>
        <w:pStyle w:val="Normal"/>
        <w:suppressLineNumbers w:val="0"/>
        <w:bidi w:val="0"/>
        <w:spacing w:before="0" w:beforeAutospacing="off" w:after="120" w:afterAutospacing="off" w:line="240" w:lineRule="auto"/>
        <w:ind w:left="720" w:right="0" w:firstLine="720"/>
        <w:jc w:val="left"/>
      </w:pPr>
      <w:r w:rsidRPr="577220A6" w:rsidR="6E7E6CC5">
        <w:rPr>
          <w:sz w:val="22"/>
          <w:szCs w:val="22"/>
        </w:rPr>
        <w:t>9:30-11:30AM</w:t>
      </w:r>
    </w:p>
    <w:p w:rsidRPr="009674A1" w:rsidR="001B5E4F" w:rsidP="601D8C7C" w:rsidRDefault="5AE07EA8" w14:paraId="060BF51B" w14:textId="66E97617">
      <w:pPr>
        <w:spacing w:line="240" w:lineRule="auto"/>
        <w:rPr>
          <w:sz w:val="22"/>
          <w:szCs w:val="22"/>
        </w:rPr>
      </w:pPr>
      <w:r w:rsidRPr="577220A6" w:rsidR="5AE07EA8">
        <w:rPr>
          <w:b w:val="1"/>
          <w:bCs w:val="1"/>
          <w:sz w:val="22"/>
          <w:szCs w:val="22"/>
        </w:rPr>
        <w:t>Location</w:t>
      </w:r>
      <w:r w:rsidRPr="577220A6" w:rsidR="5AE07EA8">
        <w:rPr>
          <w:sz w:val="22"/>
          <w:szCs w:val="22"/>
        </w:rPr>
        <w:t>:</w:t>
      </w:r>
      <w:r w:rsidRPr="577220A6" w:rsidR="78C48E09">
        <w:rPr>
          <w:sz w:val="22"/>
          <w:szCs w:val="22"/>
        </w:rPr>
        <w:t xml:space="preserve"> </w:t>
      </w:r>
      <w:r w:rsidRPr="577220A6" w:rsidR="5AE07EA8">
        <w:rPr>
          <w:sz w:val="22"/>
          <w:szCs w:val="22"/>
        </w:rPr>
        <w:t xml:space="preserve"> </w:t>
      </w:r>
      <w:bookmarkStart w:name="_Int_ntUV556O" w:id="28082420"/>
      <w:r>
        <w:tab/>
      </w:r>
      <w:bookmarkEnd w:id="28082420"/>
    </w:p>
    <w:p w:rsidR="02E2881C" w:rsidP="577220A6" w:rsidRDefault="02E2881C" w14:paraId="1696F8EE" w14:textId="425EDE17">
      <w:pPr>
        <w:pStyle w:val="Normal"/>
        <w:suppressLineNumbers w:val="0"/>
        <w:bidi w:val="0"/>
        <w:spacing w:before="0" w:beforeAutospacing="off" w:after="0" w:afterAutospacing="off" w:line="276" w:lineRule="auto"/>
        <w:ind w:left="720" w:right="0" w:firstLine="720"/>
        <w:jc w:val="left"/>
      </w:pPr>
      <w:r w:rsidRPr="577220A6" w:rsidR="02E2881C">
        <w:rPr>
          <w:sz w:val="22"/>
          <w:szCs w:val="22"/>
        </w:rPr>
        <w:t>In-person</w:t>
      </w:r>
    </w:p>
    <w:p w:rsidRPr="008776B5" w:rsidR="00590381" w:rsidP="1A22CE04" w:rsidRDefault="05D5BE9E" w14:paraId="7CE60A00" w14:textId="77777777">
      <w:pPr>
        <w:pStyle w:val="Heading2"/>
        <w:rPr>
          <w:color w:val="1F497D" w:themeColor="text2"/>
          <w:sz w:val="32"/>
          <w:szCs w:val="32"/>
        </w:rPr>
      </w:pPr>
      <w:r w:rsidRPr="008776B5">
        <w:rPr>
          <w:color w:val="1F497D" w:themeColor="text2"/>
        </w:rPr>
        <w:t>Agenda</w:t>
      </w:r>
    </w:p>
    <w:p w:rsidRPr="009674A1" w:rsidR="00D11A0B" w:rsidP="37E7FB36" w:rsidRDefault="00D11A0B" w14:paraId="76F8A587" w14:textId="7925E327">
      <w:pPr>
        <w:pStyle w:val="ListParagraph"/>
        <w:numPr>
          <w:ilvl w:val="0"/>
          <w:numId w:val="1"/>
        </w:numPr>
        <w:spacing w:line="40" w:lineRule="atLeast"/>
        <w:rPr/>
      </w:pPr>
      <w:r w:rsidRPr="577220A6" w:rsidR="48E87870">
        <w:rPr>
          <w:b w:val="1"/>
          <w:bCs w:val="1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64219FCA">
        <w:rPr>
          <w:sz w:val="22"/>
          <w:szCs w:val="22"/>
        </w:rPr>
        <w:t>1</w:t>
      </w:r>
      <w:r w:rsidRPr="577220A6" w:rsidR="5BF2B047">
        <w:rPr>
          <w:sz w:val="22"/>
          <w:szCs w:val="22"/>
        </w:rPr>
        <w:t xml:space="preserve"> </w:t>
      </w:r>
      <w:r w:rsidRPr="577220A6" w:rsidR="00050C59">
        <w:rPr>
          <w:sz w:val="22"/>
          <w:szCs w:val="22"/>
        </w:rPr>
        <w:t>minutes</w:t>
      </w:r>
    </w:p>
    <w:p w:rsidRPr="009674A1" w:rsidR="00590381" w:rsidP="00050C59" w:rsidRDefault="48E87870" w14:paraId="52EF01B5" w14:textId="67CEA3F7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 xml:space="preserve">Approval of </w:t>
      </w:r>
      <w:r w:rsidRPr="577220A6" w:rsidR="48E87870">
        <w:rPr>
          <w:b w:val="1"/>
          <w:bCs w:val="1"/>
          <w:sz w:val="22"/>
          <w:szCs w:val="22"/>
        </w:rPr>
        <w:t>previous</w:t>
      </w:r>
      <w:r w:rsidRPr="577220A6" w:rsidR="48E87870">
        <w:rPr>
          <w:b w:val="1"/>
          <w:bCs w:val="1"/>
          <w:sz w:val="22"/>
          <w:szCs w:val="22"/>
        </w:rPr>
        <w:t xml:space="preserve"> minutes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519034A0">
        <w:rPr>
          <w:sz w:val="22"/>
          <w:szCs w:val="22"/>
        </w:rPr>
        <w:t>1</w:t>
      </w:r>
      <w:r w:rsidRPr="577220A6" w:rsidR="5073E59B">
        <w:rPr>
          <w:sz w:val="22"/>
          <w:szCs w:val="22"/>
        </w:rPr>
        <w:t xml:space="preserve"> minutes</w:t>
      </w:r>
    </w:p>
    <w:p w:rsidRPr="009674A1" w:rsidR="00590381" w:rsidP="00050C59" w:rsidRDefault="48E87870" w14:paraId="6EEF3459" w14:textId="2F13FBF9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>Additions to the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73951DB1">
        <w:rPr>
          <w:sz w:val="22"/>
          <w:szCs w:val="22"/>
        </w:rPr>
        <w:t>1</w:t>
      </w:r>
      <w:r w:rsidRPr="577220A6" w:rsidR="1D3B33F6">
        <w:rPr>
          <w:sz w:val="22"/>
          <w:szCs w:val="22"/>
        </w:rPr>
        <w:t xml:space="preserve"> minutes</w:t>
      </w:r>
    </w:p>
    <w:p w:rsidRPr="009674A1" w:rsidR="00590381" w:rsidP="00050C59" w:rsidRDefault="48E87870" w14:paraId="2E104340" w14:textId="32A86E30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>Officer reports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6014B26C">
        <w:rPr>
          <w:sz w:val="22"/>
          <w:szCs w:val="22"/>
        </w:rPr>
        <w:t>1</w:t>
      </w:r>
      <w:r w:rsidRPr="577220A6" w:rsidR="4ED05906">
        <w:rPr>
          <w:sz w:val="22"/>
          <w:szCs w:val="22"/>
        </w:rPr>
        <w:t xml:space="preserve"> minutes</w:t>
      </w:r>
    </w:p>
    <w:p w:rsidR="085447E0" w:rsidP="577220A6" w:rsidRDefault="085447E0" w14:paraId="21945006" w14:textId="56882F51">
      <w:pPr>
        <w:pStyle w:val="ListParagraph"/>
        <w:numPr>
          <w:ilvl w:val="0"/>
          <w:numId w:val="14"/>
        </w:numPr>
        <w:spacing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Chair </w:t>
      </w:r>
      <w:r w:rsidRPr="577220A6" w:rsidR="6BF152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- Tori</w:t>
      </w:r>
    </w:p>
    <w:p w:rsidR="085447E0" w:rsidP="577220A6" w:rsidRDefault="085447E0" w14:paraId="0CDEC2B3" w14:textId="3BD4A063">
      <w:pPr>
        <w:pStyle w:val="ListParagraph"/>
        <w:numPr>
          <w:ilvl w:val="0"/>
          <w:numId w:val="14"/>
        </w:numPr>
        <w:spacing w:after="0" w:afterAutospacing="off" w:line="240" w:lineRule="auto"/>
        <w:rPr>
          <w:noProof w:val="0"/>
          <w:lang w:val="en-US"/>
        </w:rPr>
      </w:pP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Vice Chair</w:t>
      </w:r>
      <w:r w:rsidRPr="577220A6" w:rsidR="464616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– Unable to attend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085447E0" w:rsidP="577220A6" w:rsidRDefault="085447E0" w14:paraId="0FB31039" w14:textId="245D1BEB">
      <w:pPr>
        <w:pStyle w:val="ListParagraph"/>
        <w:numPr>
          <w:ilvl w:val="0"/>
          <w:numId w:val="14"/>
        </w:numPr>
        <w:shd w:val="clear" w:color="auto" w:fill="FFFFFF" w:themeFill="background1"/>
        <w:spacing w:before="0" w:beforeAutospacing="off" w:after="0" w:afterAutospacing="off" w:line="240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77220A6" w:rsidR="085447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Secretary</w:t>
      </w:r>
      <w:r w:rsidRPr="577220A6" w:rsidR="1DA42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– Unable to attend</w:t>
      </w:r>
    </w:p>
    <w:p w:rsidRPr="009674A1" w:rsidR="00590381" w:rsidP="00050C59" w:rsidRDefault="48E87870" w14:paraId="421107E8" w14:textId="33E40699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>CCS staff reports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373C5D24">
        <w:rPr>
          <w:sz w:val="22"/>
          <w:szCs w:val="22"/>
        </w:rPr>
        <w:t>45</w:t>
      </w:r>
      <w:r w:rsidRPr="577220A6" w:rsidR="2400A9EB">
        <w:rPr>
          <w:sz w:val="22"/>
          <w:szCs w:val="22"/>
        </w:rPr>
        <w:t xml:space="preserve"> minutes</w:t>
      </w:r>
    </w:p>
    <w:p w:rsidR="1E512F21" w:rsidP="577220A6" w:rsidRDefault="1E512F21" w14:paraId="4C6B4C38" w14:textId="5FAD5114">
      <w:pPr>
        <w:pStyle w:val="ListParagraph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577220A6" w:rsidR="1E512F21">
        <w:rPr>
          <w:sz w:val="22"/>
          <w:szCs w:val="22"/>
        </w:rPr>
        <w:t>Migration and LX Starter Updates (Mieko)</w:t>
      </w:r>
    </w:p>
    <w:p w:rsidR="1E512F21" w:rsidP="577220A6" w:rsidRDefault="1E512F21" w14:paraId="6EAA7C73" w14:textId="565ABD34">
      <w:pPr>
        <w:pStyle w:val="ListParagraph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577220A6" w:rsidR="1E512F21">
        <w:rPr>
          <w:sz w:val="22"/>
          <w:szCs w:val="22"/>
        </w:rPr>
        <w:t>Circulation Report Guidelines and Non-blocking Notes (Kiara)</w:t>
      </w:r>
    </w:p>
    <w:p w:rsidRPr="009674A1" w:rsidR="00590381" w:rsidP="577220A6" w:rsidRDefault="48E87870" w14:paraId="7F8CFD43" w14:textId="03AB724E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480" w:lineRule="auto"/>
        <w:ind w:left="720" w:right="0" w:hanging="360"/>
        <w:jc w:val="left"/>
        <w:rPr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>Old 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25B3A566">
        <w:rPr>
          <w:sz w:val="22"/>
          <w:szCs w:val="22"/>
        </w:rPr>
        <w:t>10</w:t>
      </w:r>
      <w:r w:rsidRPr="577220A6" w:rsidR="111CEDFB">
        <w:rPr>
          <w:sz w:val="22"/>
          <w:szCs w:val="22"/>
        </w:rPr>
        <w:t xml:space="preserve"> minutes</w:t>
      </w:r>
    </w:p>
    <w:p w:rsidR="1D20546C" w:rsidP="577220A6" w:rsidRDefault="1D20546C" w14:paraId="174532A8" w14:textId="2C4FDD8C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0" w:afterAutospacing="off" w:line="480" w:lineRule="auto"/>
        <w:ind w:right="0"/>
        <w:jc w:val="left"/>
        <w:rPr>
          <w:sz w:val="22"/>
          <w:szCs w:val="22"/>
        </w:rPr>
      </w:pPr>
      <w:r w:rsidRPr="577220A6" w:rsidR="1D20546C">
        <w:rPr>
          <w:sz w:val="22"/>
          <w:szCs w:val="22"/>
        </w:rPr>
        <w:t xml:space="preserve">Using See Notes </w:t>
      </w:r>
      <w:r w:rsidRPr="577220A6" w:rsidR="1D20546C">
        <w:rPr>
          <w:sz w:val="22"/>
          <w:szCs w:val="22"/>
        </w:rPr>
        <w:t>vs</w:t>
      </w:r>
      <w:r w:rsidRPr="577220A6" w:rsidR="1D20546C">
        <w:rPr>
          <w:sz w:val="22"/>
          <w:szCs w:val="22"/>
        </w:rPr>
        <w:t xml:space="preserve"> Free Text Blocks on Item Records (Kiara)</w:t>
      </w:r>
    </w:p>
    <w:p w:rsidR="1D20546C" w:rsidP="577220A6" w:rsidRDefault="1D20546C" w14:paraId="53B3785E" w14:textId="6F26128D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0" w:afterAutospacing="off" w:line="480" w:lineRule="auto"/>
        <w:ind w:right="0"/>
        <w:jc w:val="left"/>
        <w:rPr>
          <w:sz w:val="22"/>
          <w:szCs w:val="22"/>
        </w:rPr>
      </w:pPr>
      <w:r w:rsidRPr="577220A6" w:rsidR="1D20546C">
        <w:rPr>
          <w:sz w:val="22"/>
          <w:szCs w:val="22"/>
        </w:rPr>
        <w:t>Bookclub</w:t>
      </w:r>
      <w:r w:rsidRPr="577220A6" w:rsidR="1D20546C">
        <w:rPr>
          <w:sz w:val="22"/>
          <w:szCs w:val="22"/>
        </w:rPr>
        <w:t xml:space="preserve"> discussion checkout loan periods (Kiara)</w:t>
      </w:r>
    </w:p>
    <w:p w:rsidRPr="009674A1" w:rsidR="00590381" w:rsidP="00050C59" w:rsidRDefault="48E87870" w14:paraId="09FE0C33" w14:textId="0B9A9340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>New 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7220A6" w:rsidR="5160D2F3">
        <w:rPr>
          <w:sz w:val="22"/>
          <w:szCs w:val="22"/>
        </w:rPr>
        <w:t>20</w:t>
      </w:r>
      <w:r w:rsidRPr="577220A6" w:rsidR="46EA95B9">
        <w:rPr>
          <w:sz w:val="22"/>
          <w:szCs w:val="22"/>
        </w:rPr>
        <w:t xml:space="preserve"> minutes</w:t>
      </w:r>
    </w:p>
    <w:p w:rsidR="30BEAA8D" w:rsidP="577220A6" w:rsidRDefault="30BEAA8D" w14:paraId="0B596898" w14:textId="6D8A2673">
      <w:pPr>
        <w:pStyle w:val="ListParagraph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577220A6" w:rsidR="30BEAA8D">
        <w:rPr>
          <w:sz w:val="22"/>
          <w:szCs w:val="22"/>
        </w:rPr>
        <w:t>Damaged Items Procedure</w:t>
      </w:r>
      <w:r w:rsidRPr="577220A6" w:rsidR="2D1818D3">
        <w:rPr>
          <w:sz w:val="22"/>
          <w:szCs w:val="22"/>
        </w:rPr>
        <w:t xml:space="preserve"> (Des Plaines)</w:t>
      </w:r>
    </w:p>
    <w:p w:rsidR="577220A6" w:rsidP="577220A6" w:rsidRDefault="577220A6" w14:paraId="2451ED62" w14:textId="3F05799D">
      <w:pPr>
        <w:pStyle w:val="ListParagraph"/>
        <w:numPr>
          <w:ilvl w:val="1"/>
          <w:numId w:val="1"/>
        </w:numPr>
        <w:rPr/>
      </w:pPr>
      <w:r w:rsidRPr="577220A6" w:rsidR="577220A6">
        <w:rPr>
          <w:sz w:val="22"/>
          <w:szCs w:val="22"/>
        </w:rPr>
        <w:t xml:space="preserve">Maintaining </w:t>
      </w:r>
      <w:r w:rsidRPr="577220A6" w:rsidR="577220A6">
        <w:rPr>
          <w:sz w:val="22"/>
          <w:szCs w:val="22"/>
        </w:rPr>
        <w:t>MessageBee</w:t>
      </w:r>
      <w:r w:rsidRPr="577220A6" w:rsidR="577220A6">
        <w:rPr>
          <w:sz w:val="22"/>
          <w:szCs w:val="22"/>
        </w:rPr>
        <w:t xml:space="preserve"> notifications</w:t>
      </w:r>
      <w:r w:rsidRPr="577220A6" w:rsidR="54011ECC">
        <w:rPr>
          <w:sz w:val="22"/>
          <w:szCs w:val="22"/>
        </w:rPr>
        <w:t xml:space="preserve"> (Fox River Valley)</w:t>
      </w:r>
    </w:p>
    <w:p w:rsidRPr="009674A1" w:rsidR="00590381" w:rsidP="00050C59" w:rsidRDefault="48E87870" w14:paraId="3CD06965" w14:textId="0D56C1D4">
      <w:pPr>
        <w:pStyle w:val="ListParagraph"/>
        <w:numPr>
          <w:ilvl w:val="0"/>
          <w:numId w:val="1"/>
        </w:numPr>
        <w:spacing w:after="120" w:line="480" w:lineRule="auto"/>
        <w:rPr>
          <w:b/>
          <w:bCs/>
          <w:sz w:val="22"/>
          <w:szCs w:val="22"/>
        </w:rPr>
      </w:pPr>
      <w:r w:rsidRPr="577220A6" w:rsidR="48E87870">
        <w:rPr>
          <w:b w:val="1"/>
          <w:bCs w:val="1"/>
          <w:sz w:val="22"/>
          <w:szCs w:val="22"/>
        </w:rPr>
        <w:t>Adjournment</w:t>
      </w:r>
    </w:p>
    <w:p w:rsidR="577220A6" w:rsidP="577220A6" w:rsidRDefault="577220A6" w14:paraId="544D6C13" w14:textId="245F6A2F">
      <w:pPr>
        <w:pStyle w:val="Normal"/>
        <w:spacing w:after="120" w:line="480" w:lineRule="auto"/>
        <w:rPr>
          <w:b w:val="1"/>
          <w:bCs w:val="1"/>
          <w:sz w:val="22"/>
          <w:szCs w:val="22"/>
        </w:rPr>
      </w:pPr>
    </w:p>
    <w:sectPr w:rsidRPr="009674A1" w:rsidR="001D1BEF" w:rsidSect="00034616">
      <w:headerReference w:type="default" r:id="rId11"/>
      <w:footerReference w:type="default" r:id="rId12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893" w:rsidP="00E335F0" w:rsidRDefault="00D57893" w14:paraId="4343866C" w14:textId="77777777">
      <w:pPr>
        <w:spacing w:line="240" w:lineRule="auto"/>
      </w:pPr>
      <w:r>
        <w:separator/>
      </w:r>
    </w:p>
  </w:endnote>
  <w:endnote w:type="continuationSeparator" w:id="0">
    <w:p w:rsidR="00D57893" w:rsidP="00E335F0" w:rsidRDefault="00D57893" w14:paraId="68F2596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335F0" w:rsidR="00E335F0" w:rsidP="00E335F0" w:rsidRDefault="601D8C7C" w14:paraId="444CB756" w14:textId="4EC1F4BE">
    <w:r w:rsidRPr="601D8C7C">
      <w:t xml:space="preserve">Cooperative Computer Services (CCS) © </w:t>
    </w:r>
    <w:r w:rsidRPr="601D8C7C" w:rsidR="00E335F0">
      <w:fldChar w:fldCharType="begin"/>
    </w:r>
    <w:r w:rsidRPr="601D8C7C" w:rsidR="00E335F0">
      <w:instrText xml:space="preserve"> DATE  \@ "yyyy"  \* MERGEFORMAT </w:instrText>
    </w:r>
    <w:r w:rsidRPr="601D8C7C" w:rsidR="00E335F0">
      <w:fldChar w:fldCharType="separate"/>
    </w:r>
    <w:r w:rsidR="008776B5">
      <w:rPr>
        <w:noProof/>
      </w:rPr>
      <w:t>2026</w:t>
    </w:r>
    <w:r w:rsidRPr="601D8C7C" w:rsidR="00E335F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893" w:rsidP="00E335F0" w:rsidRDefault="00D57893" w14:paraId="70F90F8F" w14:textId="77777777">
      <w:pPr>
        <w:spacing w:line="240" w:lineRule="auto"/>
      </w:pPr>
      <w:r>
        <w:separator/>
      </w:r>
    </w:p>
  </w:footnote>
  <w:footnote w:type="continuationSeparator" w:id="0">
    <w:p w:rsidR="00D57893" w:rsidP="00E335F0" w:rsidRDefault="00D57893" w14:paraId="542A0DB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335F0" w:rsidRDefault="1BD85A43" w14:paraId="1EB38F46" w14:textId="1D85DEEE">
    <w:pPr>
      <w:pStyle w:val="Header"/>
    </w:pPr>
    <w:r>
      <w:rPr>
        <w:noProof/>
      </w:rPr>
      <w:drawing>
        <wp:inline distT="0" distB="0" distL="0" distR="0" wp14:anchorId="7CFC46B0" wp14:editId="722B67F2">
          <wp:extent cx="806450" cy="463550"/>
          <wp:effectExtent l="0" t="0" r="0" b="0"/>
          <wp:docPr id="1177108286" name="Picture 1" descr="Cooperative Computer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Vtwul5C" int2:invalidationBookmarkName="" int2:hashCode="17sowdNRvq0KM1" int2:id="VhqhQLcG">
      <int2:state int2:type="gram" int2:value="Rejected"/>
    </int2:bookmark>
    <int2:bookmark int2:bookmarkName="_Int_ntUV556O" int2:invalidationBookmarkName="" int2:hashCode="17sowdNRvq0KM1" int2:id="rkH53BDM">
      <int2:state int2:type="gram" int2:value="Rejected"/>
    </int2:bookmark>
    <int2:bookmark int2:bookmarkName="_Int_B4UaCu9C" int2:invalidationBookmarkName="" int2:hashCode="17sowdNRvq0KM1" int2:id="UpbD6KB7">
      <int2:state int2:type="gram" int2:value="Rejected"/>
    </int2:bookmark>
    <int2:bookmark int2:bookmarkName="_Int_AgVEEa3N" int2:invalidationBookmarkName="" int2:hashCode="17sowdNRvq0KM1" int2:id="9HYmBCUE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26351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1c3f7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ac639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386CF68"/>
    <w:multiLevelType w:val="hybridMultilevel"/>
    <w:tmpl w:val="EB0021A4"/>
    <w:lvl w:ilvl="0" w:tplc="04D6EE76">
      <w:start w:val="1"/>
      <w:numFmt w:val="decimal"/>
      <w:lvlText w:val="%1."/>
      <w:lvlJc w:val="left"/>
      <w:pPr>
        <w:ind w:left="720" w:hanging="360"/>
      </w:pPr>
    </w:lvl>
    <w:lvl w:ilvl="1" w:tplc="A44216D4">
      <w:start w:val="1"/>
      <w:numFmt w:val="lowerLetter"/>
      <w:lvlText w:val="%2."/>
      <w:lvlJc w:val="left"/>
      <w:pPr>
        <w:ind w:left="1440" w:hanging="360"/>
      </w:pPr>
    </w:lvl>
    <w:lvl w:ilvl="2" w:tplc="48741AFE">
      <w:start w:val="1"/>
      <w:numFmt w:val="lowerRoman"/>
      <w:lvlText w:val="%3."/>
      <w:lvlJc w:val="right"/>
      <w:pPr>
        <w:ind w:left="2160" w:hanging="180"/>
      </w:pPr>
    </w:lvl>
    <w:lvl w:ilvl="3" w:tplc="C8C83CF4">
      <w:start w:val="1"/>
      <w:numFmt w:val="decimal"/>
      <w:lvlText w:val="%4."/>
      <w:lvlJc w:val="left"/>
      <w:pPr>
        <w:ind w:left="2880" w:hanging="360"/>
      </w:pPr>
    </w:lvl>
    <w:lvl w:ilvl="4" w:tplc="C0ACFCA0">
      <w:start w:val="1"/>
      <w:numFmt w:val="lowerLetter"/>
      <w:lvlText w:val="%5."/>
      <w:lvlJc w:val="left"/>
      <w:pPr>
        <w:ind w:left="3600" w:hanging="360"/>
      </w:pPr>
    </w:lvl>
    <w:lvl w:ilvl="5" w:tplc="3C667134">
      <w:start w:val="1"/>
      <w:numFmt w:val="lowerRoman"/>
      <w:lvlText w:val="%6."/>
      <w:lvlJc w:val="right"/>
      <w:pPr>
        <w:ind w:left="4320" w:hanging="180"/>
      </w:pPr>
    </w:lvl>
    <w:lvl w:ilvl="6" w:tplc="30BABDFE">
      <w:start w:val="1"/>
      <w:numFmt w:val="decimal"/>
      <w:lvlText w:val="%7."/>
      <w:lvlJc w:val="left"/>
      <w:pPr>
        <w:ind w:left="5040" w:hanging="360"/>
      </w:pPr>
    </w:lvl>
    <w:lvl w:ilvl="7" w:tplc="71740418">
      <w:start w:val="1"/>
      <w:numFmt w:val="lowerLetter"/>
      <w:lvlText w:val="%8."/>
      <w:lvlJc w:val="left"/>
      <w:pPr>
        <w:ind w:left="5760" w:hanging="360"/>
      </w:pPr>
    </w:lvl>
    <w:lvl w:ilvl="8" w:tplc="6BA2C63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B8247"/>
    <w:multiLevelType w:val="hybridMultilevel"/>
    <w:tmpl w:val="03CAD5EC"/>
    <w:lvl w:ilvl="0" w:tplc="436010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E6A9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C442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BAC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697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405A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E28B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D0A6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2A2B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" w16cid:durableId="2104914296">
    <w:abstractNumId w:val="9"/>
  </w:num>
  <w:num w:numId="2" w16cid:durableId="1550610198">
    <w:abstractNumId w:val="10"/>
  </w:num>
  <w:num w:numId="3" w16cid:durableId="1608074583">
    <w:abstractNumId w:val="8"/>
  </w:num>
  <w:num w:numId="4" w16cid:durableId="1607737796">
    <w:abstractNumId w:val="6"/>
  </w:num>
  <w:num w:numId="5" w16cid:durableId="1247492136">
    <w:abstractNumId w:val="5"/>
  </w:num>
  <w:num w:numId="6" w16cid:durableId="1705055136">
    <w:abstractNumId w:val="4"/>
  </w:num>
  <w:num w:numId="7" w16cid:durableId="489642227">
    <w:abstractNumId w:val="7"/>
  </w:num>
  <w:num w:numId="8" w16cid:durableId="753353928">
    <w:abstractNumId w:val="3"/>
  </w:num>
  <w:num w:numId="9" w16cid:durableId="786392184">
    <w:abstractNumId w:val="2"/>
  </w:num>
  <w:num w:numId="10" w16cid:durableId="1259409522">
    <w:abstractNumId w:val="1"/>
  </w:num>
  <w:num w:numId="11" w16cid:durableId="5382186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C59"/>
    <w:rsid w:val="0006063C"/>
    <w:rsid w:val="000724AE"/>
    <w:rsid w:val="000F3804"/>
    <w:rsid w:val="001012CA"/>
    <w:rsid w:val="0015074B"/>
    <w:rsid w:val="001B5E4F"/>
    <w:rsid w:val="001D1BEF"/>
    <w:rsid w:val="00227E8B"/>
    <w:rsid w:val="0029639D"/>
    <w:rsid w:val="00326F90"/>
    <w:rsid w:val="004027FB"/>
    <w:rsid w:val="00412970"/>
    <w:rsid w:val="00471E16"/>
    <w:rsid w:val="00590381"/>
    <w:rsid w:val="005A7057"/>
    <w:rsid w:val="006E35A9"/>
    <w:rsid w:val="00711431"/>
    <w:rsid w:val="007C1F6F"/>
    <w:rsid w:val="008776B5"/>
    <w:rsid w:val="00882F85"/>
    <w:rsid w:val="008D414E"/>
    <w:rsid w:val="009674A1"/>
    <w:rsid w:val="009A522E"/>
    <w:rsid w:val="00AA1D8D"/>
    <w:rsid w:val="00AD5559"/>
    <w:rsid w:val="00B32E5E"/>
    <w:rsid w:val="00B47730"/>
    <w:rsid w:val="00BA4000"/>
    <w:rsid w:val="00C81DF9"/>
    <w:rsid w:val="00CB0664"/>
    <w:rsid w:val="00CB38D8"/>
    <w:rsid w:val="00CF688E"/>
    <w:rsid w:val="00D11A0B"/>
    <w:rsid w:val="00D57893"/>
    <w:rsid w:val="00D62959"/>
    <w:rsid w:val="00D84AFF"/>
    <w:rsid w:val="00E335F0"/>
    <w:rsid w:val="00EF5870"/>
    <w:rsid w:val="00FC693F"/>
    <w:rsid w:val="00FC78CD"/>
    <w:rsid w:val="02E2881C"/>
    <w:rsid w:val="02EBD8D2"/>
    <w:rsid w:val="04BED14E"/>
    <w:rsid w:val="05730395"/>
    <w:rsid w:val="05D5BE9E"/>
    <w:rsid w:val="0630F82F"/>
    <w:rsid w:val="066D5C8C"/>
    <w:rsid w:val="085447E0"/>
    <w:rsid w:val="08FCB14A"/>
    <w:rsid w:val="0915850E"/>
    <w:rsid w:val="094DA3FC"/>
    <w:rsid w:val="0C2353A3"/>
    <w:rsid w:val="0E16F083"/>
    <w:rsid w:val="0E5F19FB"/>
    <w:rsid w:val="0F8BA472"/>
    <w:rsid w:val="111CEDFB"/>
    <w:rsid w:val="11F8B27F"/>
    <w:rsid w:val="12D3C7F1"/>
    <w:rsid w:val="1647215F"/>
    <w:rsid w:val="18594B85"/>
    <w:rsid w:val="18F6CA0E"/>
    <w:rsid w:val="19CD8157"/>
    <w:rsid w:val="1A22CE04"/>
    <w:rsid w:val="1A2F86D0"/>
    <w:rsid w:val="1A898FFD"/>
    <w:rsid w:val="1B0E0EC0"/>
    <w:rsid w:val="1B14C52D"/>
    <w:rsid w:val="1BD85A43"/>
    <w:rsid w:val="1D20546C"/>
    <w:rsid w:val="1D3B33F6"/>
    <w:rsid w:val="1DA42F51"/>
    <w:rsid w:val="1DF2D299"/>
    <w:rsid w:val="1E512F21"/>
    <w:rsid w:val="1FD6D8C2"/>
    <w:rsid w:val="2400A9EB"/>
    <w:rsid w:val="25B3A566"/>
    <w:rsid w:val="2705141C"/>
    <w:rsid w:val="292E31F2"/>
    <w:rsid w:val="2B011823"/>
    <w:rsid w:val="2C1D7804"/>
    <w:rsid w:val="2C3600ED"/>
    <w:rsid w:val="2D1818D3"/>
    <w:rsid w:val="2D4B228B"/>
    <w:rsid w:val="2D632CA5"/>
    <w:rsid w:val="2D976178"/>
    <w:rsid w:val="2F0CD924"/>
    <w:rsid w:val="2F5D2788"/>
    <w:rsid w:val="30BEAA8D"/>
    <w:rsid w:val="321A0954"/>
    <w:rsid w:val="33FA5866"/>
    <w:rsid w:val="37297319"/>
    <w:rsid w:val="373C5D24"/>
    <w:rsid w:val="37E7FB36"/>
    <w:rsid w:val="387B26F3"/>
    <w:rsid w:val="3881AA25"/>
    <w:rsid w:val="393A6B6A"/>
    <w:rsid w:val="3AE3CEDF"/>
    <w:rsid w:val="3B80AAEA"/>
    <w:rsid w:val="3CBA8BBE"/>
    <w:rsid w:val="3DF1B25B"/>
    <w:rsid w:val="3E45838B"/>
    <w:rsid w:val="44A223A6"/>
    <w:rsid w:val="45FD7583"/>
    <w:rsid w:val="46461604"/>
    <w:rsid w:val="46AD872E"/>
    <w:rsid w:val="46EA95B9"/>
    <w:rsid w:val="470F3195"/>
    <w:rsid w:val="47A5AA16"/>
    <w:rsid w:val="48E87870"/>
    <w:rsid w:val="49BF5333"/>
    <w:rsid w:val="4AA5F4F9"/>
    <w:rsid w:val="4B77B0FF"/>
    <w:rsid w:val="4BB02EE5"/>
    <w:rsid w:val="4BECF101"/>
    <w:rsid w:val="4DA93706"/>
    <w:rsid w:val="4E12C56B"/>
    <w:rsid w:val="4ED05906"/>
    <w:rsid w:val="4F90CF64"/>
    <w:rsid w:val="5073E59B"/>
    <w:rsid w:val="50E1BE89"/>
    <w:rsid w:val="50E81EDA"/>
    <w:rsid w:val="51374180"/>
    <w:rsid w:val="5160D2F3"/>
    <w:rsid w:val="519034A0"/>
    <w:rsid w:val="52024E95"/>
    <w:rsid w:val="52130347"/>
    <w:rsid w:val="52189CFC"/>
    <w:rsid w:val="528B2810"/>
    <w:rsid w:val="52A4B2E4"/>
    <w:rsid w:val="54011ECC"/>
    <w:rsid w:val="54670B2C"/>
    <w:rsid w:val="54902C99"/>
    <w:rsid w:val="55B8DA52"/>
    <w:rsid w:val="56D91799"/>
    <w:rsid w:val="56F15010"/>
    <w:rsid w:val="5727A0D6"/>
    <w:rsid w:val="5755DF8F"/>
    <w:rsid w:val="577220A6"/>
    <w:rsid w:val="578001F2"/>
    <w:rsid w:val="5823B10E"/>
    <w:rsid w:val="5823B10E"/>
    <w:rsid w:val="5AE07EA8"/>
    <w:rsid w:val="5B1FD72B"/>
    <w:rsid w:val="5B71FAB4"/>
    <w:rsid w:val="5B923F18"/>
    <w:rsid w:val="5BD92FBE"/>
    <w:rsid w:val="5BF2B047"/>
    <w:rsid w:val="5C3C7DC3"/>
    <w:rsid w:val="5C52A95E"/>
    <w:rsid w:val="5C77DFE5"/>
    <w:rsid w:val="5D08E26B"/>
    <w:rsid w:val="5D2C8D6C"/>
    <w:rsid w:val="5F00BBA9"/>
    <w:rsid w:val="6014B26C"/>
    <w:rsid w:val="601D8C7C"/>
    <w:rsid w:val="6294318C"/>
    <w:rsid w:val="63F74E2A"/>
    <w:rsid w:val="64021129"/>
    <w:rsid w:val="64219FCA"/>
    <w:rsid w:val="657315C0"/>
    <w:rsid w:val="663ADA7A"/>
    <w:rsid w:val="676ED36D"/>
    <w:rsid w:val="68DC3F51"/>
    <w:rsid w:val="69E6BE84"/>
    <w:rsid w:val="6B45F7C0"/>
    <w:rsid w:val="6BF15237"/>
    <w:rsid w:val="6C683724"/>
    <w:rsid w:val="6D72C509"/>
    <w:rsid w:val="6D96B206"/>
    <w:rsid w:val="6E7E6CC5"/>
    <w:rsid w:val="6F154C87"/>
    <w:rsid w:val="6F51515B"/>
    <w:rsid w:val="6F9CC0C5"/>
    <w:rsid w:val="7126DC02"/>
    <w:rsid w:val="716109A8"/>
    <w:rsid w:val="71861770"/>
    <w:rsid w:val="72A97A0B"/>
    <w:rsid w:val="73951DB1"/>
    <w:rsid w:val="73956174"/>
    <w:rsid w:val="73A012EB"/>
    <w:rsid w:val="7535D21E"/>
    <w:rsid w:val="75C402F5"/>
    <w:rsid w:val="75D88232"/>
    <w:rsid w:val="77E0B852"/>
    <w:rsid w:val="7898C638"/>
    <w:rsid w:val="78C48E09"/>
    <w:rsid w:val="7B1B022B"/>
    <w:rsid w:val="7B64EE19"/>
    <w:rsid w:val="7B9BAB97"/>
    <w:rsid w:val="7BF25245"/>
    <w:rsid w:val="7C3B2900"/>
    <w:rsid w:val="7CBFFF3D"/>
    <w:rsid w:val="7CD0430D"/>
    <w:rsid w:val="7D36C5D9"/>
    <w:rsid w:val="7D6DF4AD"/>
    <w:rsid w:val="7EA4BC27"/>
    <w:rsid w:val="7F419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38F4EC"/>
  <w14:defaultImageDpi w14:val="300"/>
  <w15:docId w15:val="{68B5B0BD-6F0F-1548-B48D-630CC9FF0B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601D8C7C"/>
    <w:pPr>
      <w:spacing w:after="0"/>
    </w:pPr>
    <w:rPr>
      <w:rFonts w:ascii="Calibri" w:hAnsi="Calibri" w:eastAsia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6B5"/>
    <w:pPr>
      <w:keepNext/>
      <w:keepLines/>
      <w:spacing w:before="480"/>
      <w:outlineLvl w:val="0"/>
    </w:pPr>
    <w:rPr>
      <w:rFonts w:ascii="Verdana" w:hAnsi="Verdana" w:eastAsia="Verdana" w:cs="Verdana"/>
      <w:color w:val="1F497D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A22CE04"/>
    <w:pPr>
      <w:keepNext/>
      <w:keepLines/>
      <w:spacing w:before="40" w:after="120"/>
      <w:outlineLvl w:val="1"/>
    </w:pPr>
    <w:rPr>
      <w:rFonts w:ascii="Verdana" w:hAnsi="Verdana" w:eastAsia="Verdana" w:cs="Verdana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01D8C7C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601D8C7C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601D8C7C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601D8C7C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601D8C7C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601D8C7C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601D8C7C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601D8C7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601D8C7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8776B5"/>
    <w:rPr>
      <w:rFonts w:ascii="Verdana" w:hAnsi="Verdana" w:eastAsia="Verdana" w:cs="Verdana"/>
      <w:color w:val="1F497D" w:themeColor="text2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rsid w:val="1A22CE04"/>
    <w:rPr>
      <w:rFonts w:ascii="Verdana" w:hAnsi="Verdana" w:eastAsia="Verdana" w:cs="Verdana"/>
      <w:b w:val="0"/>
      <w:bCs w:val="0"/>
      <w:i w:val="0"/>
      <w:iCs w:val="0"/>
      <w:caps w:val="0"/>
      <w:smallCaps w:val="0"/>
      <w:noProof w:val="0"/>
      <w:color w:val="2F5496"/>
      <w:sz w:val="26"/>
      <w:szCs w:val="26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601D8C7C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601D8C7C"/>
    <w:rPr>
      <w:rFonts w:asciiTheme="majorHAnsi" w:hAnsiTheme="majorHAnsi" w:eastAsiaTheme="majorEastAsia" w:cstheme="majorBidi"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601D8C7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601D8C7C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601D8C7C"/>
    <w:pPr>
      <w:spacing w:after="120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601D8C7C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601D8C7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601D8C7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601D8C7C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601D8C7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601D8C7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601D8C7C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601D8C7C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601D8C7C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601D8C7C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601D8C7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601D8C7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601D8C7C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601D8C7C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601D8C7C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601D8C7C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601D8C7C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Calibri" w:hAnsi="Calibri" w:eastAsia="Calibri" w:cs="Calibri"/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29" ma:contentTypeDescription="Create a new document." ma:contentTypeScope="" ma:versionID="1377d9e0cac2a27d77d955a455f8b3da">
  <xsd:schema xmlns:xsd="http://www.w3.org/2001/XMLSchema" xmlns:xs="http://www.w3.org/2001/XMLSchema" xmlns:p="http://schemas.microsoft.com/office/2006/metadata/properties" xmlns:ns2="04fb2b99-be89-4f45-b37c-be1ef0c04955" xmlns:ns3="49174984-12fa-4a24-9ef6-8a7dc6c2db71" targetNamespace="http://schemas.microsoft.com/office/2006/metadata/properties" ma:root="true" ma:fieldsID="c7b0a67c0da0533577f182d4128a6210" ns2:_="" ns3:_="">
    <xsd:import namespace="04fb2b99-be89-4f45-b37c-be1ef0c04955"/>
    <xsd:import namespace="49174984-12fa-4a24-9ef6-8a7dc6c2db71"/>
    <xsd:element name="properties">
      <xsd:complexType>
        <xsd:sequence>
          <xsd:element name="documentManagement">
            <xsd:complexType>
              <xsd:all>
                <xsd:element ref="ns2:Library_x0020_"/>
                <xsd:element ref="ns2:Name_x0020_"/>
                <xsd:element ref="ns2:Meeting_x0020_date"/>
                <xsd:element ref="ns2:How_x0020_do_x0020_you_x0020_plan_x0020_to_x0020_attend_x0020_the_x0020_meeting_x003f_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opic_x0020_for_x0020_Agenda" minOccurs="0"/>
                <xsd:element ref="ns2:Description_x0020_of_x0020_Agenda_x0020_Item" minOccurs="0"/>
                <xsd:element ref="ns2:Are_x0020_there_x0020_additional_x0020_resources_x002c__x0020_links_x0020_or_x0020_examples_x0020_that_x0020_library_x0020_staff_x0020_should_x0020_review_x0020_prior_x0020_to_x0020_the_x0020_meeting_x003f_" minOccurs="0"/>
                <xsd:element ref="ns2:If_x0020_you_x0020_are_x0020_submitting_x0020_an_x0020_agenda_x0020_item_x002c__x0020_would_x0020_you_x0020_be_x0020_comfortable_x0020_presenting_x0020_it_x0020_to_x0020_the_x0020_group_x003f_" minOccurs="0"/>
                <xsd:element ref="ns2:Approximately_x0020_how_x0020_long_x0020_do_x0020_you_x0020_think_x0020_we_x0020_will_x0020_need_x0020_to_x0020_discuss_x0020_this_x0020_agenda_x0020_item_x003f_" minOccurs="0"/>
                <xsd:element ref="ns2:CONTINUING_x0020_EDU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Library_x0020_" ma:index="3" ma:displayName="Library " ma:internalName="Library_x0020_" ma:readOnly="false">
      <xsd:simpleType>
        <xsd:restriction base="dms:Text">
          <xsd:maxLength value="255"/>
        </xsd:restriction>
      </xsd:simpleType>
    </xsd:element>
    <xsd:element name="Name_x0020_" ma:index="4" ma:displayName="Name " ma:internalName="Name_x0020_" ma:readOnly="false">
      <xsd:simpleType>
        <xsd:restriction base="dms:Text"/>
      </xsd:simpleType>
    </xsd:element>
    <xsd:element name="Meeting_x0020_date" ma:index="5" ma:displayName="Meeting date" ma:internalName="Meeting_x0020_date" ma:readOnly="false">
      <xsd:simpleType>
        <xsd:restriction base="dms:Choice">
          <xsd:enumeration value="August 19"/>
          <xsd:enumeration value="November 18"/>
          <xsd:enumeration value="2/17"/>
          <xsd:enumeration value="5/19"/>
          <xsd:maxLength value="255"/>
        </xsd:restriction>
      </xsd:simpleType>
    </xsd:element>
    <xsd:element name="How_x0020_do_x0020_you_x0020_plan_x0020_to_x0020_attend_x0020_the_x0020_meeting_x003f_" ma:index="6" ma:displayName="How do you plan to attend the meeting?" ma:internalName="How_x0020_do_x0020_you_x0020_plan_x0020_to_x0020_attend_x0020_the_x0020_meeting_x003f_" ma:readOnly="false">
      <xsd:simpleType>
        <xsd:restriction base="dms:Choice">
          <xsd:enumeration value="Choice 1"/>
          <xsd:enumeration value="Virtual"/>
          <xsd:enumeration value="Choice 3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_x0020_for_x0020_Agenda" ma:index="30" nillable="true" ma:displayName="Topic for Agenda" ma:hidden="true" ma:internalName="Topic_x0020_for_x0020_Agenda" ma:readOnly="false">
      <xsd:simpleType>
        <xsd:restriction base="dms:Text"/>
      </xsd:simpleType>
    </xsd:element>
    <xsd:element name="Description_x0020_of_x0020_Agenda_x0020_Item" ma:index="31" nillable="true" ma:displayName="Description of Agenda Item" ma:hidden="true" ma:internalName="Description_x0020_of_x0020_Agenda_x0020_Item" ma:readOnly="false">
      <xsd:simpleType>
        <xsd:restriction base="dms:Note"/>
      </xsd:simpleType>
    </xsd:element>
    <xsd:element name="Are_x0020_there_x0020_additional_x0020_resources_x002c__x0020_links_x0020_or_x0020_examples_x0020_that_x0020_library_x0020_staff_x0020_should_x0020_review_x0020_prior_x0020_to_x0020_the_x0020_meeting_x003f_" ma:index="32" nillable="true" ma:displayName="Are there additional resources, links or examples that library staff should review prior to the meeting?" ma:hidden="true" ma:internalName="Are_x0020_there_x0020_additional_x0020_resources_x002c__x0020_links_x0020_or_x0020_examples_x0020_that_x0020_library_x0020_staff_x0020_should_x0020_review_x0020_prior_x0020_to_x0020_the_x0020_meeting_x003f_" ma:readOnly="false">
      <xsd:simpleType>
        <xsd:restriction base="dms:Note"/>
      </xsd:simpleType>
    </xsd:element>
    <xsd:element name="If_x0020_you_x0020_are_x0020_submitting_x0020_an_x0020_agenda_x0020_item_x002c__x0020_would_x0020_you_x0020_be_x0020_comfortable_x0020_presenting_x0020_it_x0020_to_x0020_the_x0020_group_x003f_" ma:index="33" nillable="true" ma:displayName="If you are submitting an agenda item, would you be comfortable presenting it to the group?" ma:hidden="true" ma:internalName="If_x0020_you_x0020_are_x0020_submitting_x0020_an_x0020_agenda_x0020_item_x002c__x0020_would_x0020_you_x0020_be_x0020_comfortable_x0020_presenting_x0020_it_x0020_to_x0020_the_x0020_group_x003f_" ma:readOnly="false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Approximately_x0020_how_x0020_long_x0020_do_x0020_you_x0020_think_x0020_we_x0020_will_x0020_need_x0020_to_x0020_discuss_x0020_this_x0020_agenda_x0020_item_x003f_" ma:index="34" nillable="true" ma:displayName="Approximately how long do you think we will need to discuss this agenda item?" ma:hidden="true" ma:internalName="Approximately_x0020_how_x0020_long_x0020_do_x0020_you_x0020_think_x0020_we_x0020_will_x0020_need_x0020_to_x0020_discuss_x0020_this_x0020_agenda_x0020_item_x003f_" ma:readOnly="false">
      <xsd:simpleType>
        <xsd:restriction base="dms:Text"/>
      </xsd:simpleType>
    </xsd:element>
    <xsd:element name="CONTINUING_x0020_EDUCATION" ma:index="35" nillable="true" ma:displayName="CONTINUING EDUCATION" ma:hidden="true" ma:internalName="CONTINUING_x0020_EDUCA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eaa66db-708c-4f1a-b3bc-bbce3a8f22fd}" ma:internalName="TaxCatchAll" ma:readOnly="false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b2b99-be89-4f45-b37c-be1ef0c04955">
      <Terms xmlns="http://schemas.microsoft.com/office/infopath/2007/PartnerControls"/>
    </lcf76f155ced4ddcb4097134ff3c332f>
    <TaxCatchAll xmlns="49174984-12fa-4a24-9ef6-8a7dc6c2db71" xsi:nil="true"/>
    <Approximately_x0020_how_x0020_long_x0020_do_x0020_you_x0020_think_x0020_we_x0020_will_x0020_need_x0020_to_x0020_discuss_x0020_this_x0020_agenda_x0020_item_x003f_ xmlns="04fb2b99-be89-4f45-b37c-be1ef0c04955" xsi:nil="true"/>
    <Meeting_x0020_date xmlns="04fb2b99-be89-4f45-b37c-be1ef0c04955"/>
    <How_x0020_do_x0020_you_x0020_plan_x0020_to_x0020_attend_x0020_the_x0020_meeting_x003f_ xmlns="04fb2b99-be89-4f45-b37c-be1ef0c04955"/>
    <Are_x0020_there_x0020_additional_x0020_resources_x002c__x0020_links_x0020_or_x0020_examples_x0020_that_x0020_library_x0020_staff_x0020_should_x0020_review_x0020_prior_x0020_to_x0020_the_x0020_meeting_x003f_ xmlns="04fb2b99-be89-4f45-b37c-be1ef0c04955" xsi:nil="true"/>
    <Name_x0020_ xmlns="04fb2b99-be89-4f45-b37c-be1ef0c04955"/>
    <If_x0020_you_x0020_are_x0020_submitting_x0020_an_x0020_agenda_x0020_item_x002c__x0020_would_x0020_you_x0020_be_x0020_comfortable_x0020_presenting_x0020_it_x0020_to_x0020_the_x0020_group_x003f_ xmlns="04fb2b99-be89-4f45-b37c-be1ef0c04955" xsi:nil="true"/>
    <Description_x0020_of_x0020_Agenda_x0020_Item xmlns="04fb2b99-be89-4f45-b37c-be1ef0c04955" xsi:nil="true"/>
    <Library_x0020_ xmlns="04fb2b99-be89-4f45-b37c-be1ef0c04955"/>
    <Topic_x0020_for_x0020_Agenda xmlns="04fb2b99-be89-4f45-b37c-be1ef0c04955" xsi:nil="true"/>
    <CONTINUING_x0020_EDUCATION xmlns="04fb2b99-be89-4f45-b37c-be1ef0c049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7B3D81-96F6-441B-802D-EB217750FC30}"/>
</file>

<file path=customXml/itemProps2.xml><?xml version="1.0" encoding="utf-8"?>
<ds:datastoreItem xmlns:ds="http://schemas.openxmlformats.org/officeDocument/2006/customXml" ds:itemID="{2A3A0A71-C319-4518-AE07-C5FB31761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E17BF-2E7D-46F5-BDE8-D2C9510ADF5A}">
  <ds:schemaRefs>
    <ds:schemaRef ds:uri="http://schemas.microsoft.com/office/2006/metadata/properties"/>
    <ds:schemaRef ds:uri="http://schemas.microsoft.com/office/infopath/2007/PartnerControls"/>
    <ds:schemaRef ds:uri="fee80435-36fc-4da1-8819-2ce37247b0e4"/>
    <ds:schemaRef ds:uri="1f4a7b86-b388-4593-9eb8-132297e538c0"/>
  </ds:schemaRefs>
</ds:datastoreItem>
</file>

<file path=customXml/itemProps4.xml><?xml version="1.0" encoding="utf-8"?>
<ds:datastoreItem xmlns:ds="http://schemas.openxmlformats.org/officeDocument/2006/customXml" ds:itemID="{08B3DC78-3C9B-0941-ACEE-5DCA86D1429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Kiara Lyons</lastModifiedBy>
  <revision>30</revision>
  <dcterms:created xsi:type="dcterms:W3CDTF">2013-12-23T23:15:00.0000000Z</dcterms:created>
  <dcterms:modified xsi:type="dcterms:W3CDTF">2026-10-16T19:24:36.7628232Z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be2f525f-e303-4273-9e45-dba6fada036f</vt:lpwstr>
  </property>
  <property fmtid="{D5CDD505-2E9C-101B-9397-08002B2CF9AE}" pid="4" name="MediaServiceImageTags">
    <vt:lpwstr/>
  </property>
  <property fmtid="{D5CDD505-2E9C-101B-9397-08002B2CF9AE}" pid="5" name="ContentTypeId">
    <vt:lpwstr>0x010100417FD8AEDA893740B2E2B561320165F3</vt:lpwstr>
  </property>
</Properties>
</file>