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6B5" w:rsidR="00590381" w:rsidP="008776B5" w:rsidRDefault="3AE3CEDF" w14:paraId="03C07998" w14:textId="6414A21B">
      <w:pPr>
        <w:pStyle w:val="Heading1"/>
      </w:pPr>
      <w:r w:rsidR="74137BAE">
        <w:rPr/>
        <w:t>Database Management</w:t>
      </w:r>
      <w:r w:rsidR="3AE3CEDF">
        <w:rPr/>
        <w:t xml:space="preserve"> </w:t>
      </w:r>
      <w:r w:rsidR="72A97A0B">
        <w:rPr/>
        <w:t xml:space="preserve">Meeting </w:t>
      </w:r>
      <w:r w:rsidR="3B80AAEA">
        <w:rPr/>
        <w:t>Agenda</w:t>
      </w:r>
    </w:p>
    <w:p w:rsidRPr="001D1BEF" w:rsidR="001D1BEF" w:rsidP="001D1BEF" w:rsidRDefault="001D1BEF" w14:paraId="1B389759" w14:textId="77777777"/>
    <w:p w:rsidRPr="008776B5" w:rsidR="0E16F083" w:rsidP="1A22CE04" w:rsidRDefault="0E16F083" w14:paraId="6B569E8B" w14:textId="0DB1A565">
      <w:pPr>
        <w:pStyle w:val="Heading2"/>
        <w:rPr>
          <w:color w:val="1F497D" w:themeColor="text2"/>
        </w:rPr>
      </w:pPr>
      <w:r w:rsidRPr="008776B5">
        <w:rPr>
          <w:color w:val="1F497D" w:themeColor="text2"/>
        </w:rPr>
        <w:t xml:space="preserve">Meeting Details  </w:t>
      </w:r>
    </w:p>
    <w:p w:rsidR="5AE07EA8" w:rsidP="024D77AC" w:rsidRDefault="5AE07EA8" w14:paraId="7F31497F" w14:textId="1AC5456A">
      <w:pPr>
        <w:spacing w:after="120" w:line="240" w:lineRule="auto"/>
        <w:rPr>
          <w:sz w:val="22"/>
          <w:szCs w:val="22"/>
        </w:rPr>
      </w:pPr>
      <w:r w:rsidRPr="024D77AC" w:rsidR="5AE07EA8">
        <w:rPr>
          <w:b w:val="1"/>
          <w:bCs w:val="1"/>
          <w:sz w:val="22"/>
          <w:szCs w:val="22"/>
        </w:rPr>
        <w:t>Type</w:t>
      </w:r>
      <w:r w:rsidRPr="024D77AC" w:rsidR="5AE07EA8">
        <w:rPr>
          <w:sz w:val="22"/>
          <w:szCs w:val="22"/>
        </w:rPr>
        <w:t>:</w:t>
      </w:r>
      <w:r w:rsidRPr="024D77AC" w:rsidR="52189CFC">
        <w:rPr>
          <w:sz w:val="22"/>
          <w:szCs w:val="22"/>
        </w:rPr>
        <w:t xml:space="preserve"> </w:t>
      </w:r>
      <w:r>
        <w:tab/>
      </w:r>
      <w:bookmarkStart w:name="_Int_AgVEEa3N" w:id="1582334236"/>
      <w:r>
        <w:tab/>
      </w:r>
      <w:bookmarkEnd w:id="1582334236"/>
      <w:r w:rsidRPr="024D77AC" w:rsidR="21801C21">
        <w:rPr>
          <w:sz w:val="22"/>
          <w:szCs w:val="22"/>
        </w:rPr>
        <w:t>Advisory Group</w:t>
      </w:r>
    </w:p>
    <w:p w:rsidRPr="009674A1" w:rsidR="001B5E4F" w:rsidP="601D8C7C" w:rsidRDefault="5AE07EA8" w14:paraId="4927D513" w14:textId="7887AEB6">
      <w:pPr>
        <w:spacing w:line="240" w:lineRule="auto"/>
        <w:rPr>
          <w:sz w:val="22"/>
          <w:szCs w:val="22"/>
        </w:rPr>
      </w:pPr>
      <w:r w:rsidRPr="024D77AC" w:rsidR="5AE07EA8">
        <w:rPr>
          <w:b w:val="1"/>
          <w:bCs w:val="1"/>
          <w:sz w:val="22"/>
          <w:szCs w:val="22"/>
        </w:rPr>
        <w:t>Date</w:t>
      </w:r>
      <w:r w:rsidRPr="024D77AC" w:rsidR="5AE07EA8">
        <w:rPr>
          <w:b w:val="1"/>
          <w:bCs w:val="1"/>
          <w:sz w:val="22"/>
          <w:szCs w:val="22"/>
        </w:rPr>
        <w:t xml:space="preserve">: </w:t>
      </w:r>
      <w:r w:rsidRPr="024D77AC" w:rsidR="1FD6D8C2">
        <w:rPr>
          <w:b w:val="1"/>
          <w:bCs w:val="1"/>
          <w:sz w:val="22"/>
          <w:szCs w:val="22"/>
        </w:rPr>
        <w:t xml:space="preserve"> </w:t>
      </w:r>
      <w:r>
        <w:tab/>
      </w:r>
      <w:bookmarkStart w:name="_Int_B4UaCu9C" w:id="1091240853"/>
      <w:r>
        <w:tab/>
      </w:r>
      <w:r w:rsidRPr="024D77AC" w:rsidR="3FE4DE98">
        <w:rPr>
          <w:sz w:val="22"/>
          <w:szCs w:val="22"/>
        </w:rPr>
        <w:t>Wednesday, June 17, 2026</w:t>
      </w:r>
      <w:bookmarkEnd w:id="1091240853"/>
    </w:p>
    <w:p w:rsidR="3FE4DE98" w:rsidP="024D77AC" w:rsidRDefault="3FE4DE98" w14:paraId="5F85FA4E" w14:textId="695B0D7F">
      <w:pPr>
        <w:pStyle w:val="Normal"/>
        <w:suppressLineNumbers w:val="0"/>
        <w:bidi w:val="0"/>
        <w:spacing w:before="0" w:beforeAutospacing="off" w:after="120" w:afterAutospacing="off" w:line="240" w:lineRule="auto"/>
        <w:ind w:left="720" w:right="0" w:firstLine="720"/>
        <w:jc w:val="left"/>
      </w:pPr>
      <w:r w:rsidRPr="024D77AC" w:rsidR="3FE4DE98">
        <w:rPr>
          <w:sz w:val="22"/>
          <w:szCs w:val="22"/>
        </w:rPr>
        <w:t xml:space="preserve">10:00AM-11:30AM </w:t>
      </w:r>
    </w:p>
    <w:p w:rsidR="5AE07EA8" w:rsidP="024D77AC" w:rsidRDefault="5AE07EA8" w14:paraId="3F2682A1" w14:textId="4D9D7BD2">
      <w:pPr>
        <w:spacing w:line="240" w:lineRule="auto"/>
        <w:rPr>
          <w:sz w:val="22"/>
          <w:szCs w:val="22"/>
        </w:rPr>
      </w:pPr>
      <w:r w:rsidRPr="024D77AC" w:rsidR="5AE07EA8">
        <w:rPr>
          <w:b w:val="1"/>
          <w:bCs w:val="1"/>
          <w:sz w:val="22"/>
          <w:szCs w:val="22"/>
        </w:rPr>
        <w:t>Location</w:t>
      </w:r>
      <w:r w:rsidRPr="024D77AC" w:rsidR="5AE07EA8">
        <w:rPr>
          <w:sz w:val="22"/>
          <w:szCs w:val="22"/>
        </w:rPr>
        <w:t>:</w:t>
      </w:r>
      <w:r w:rsidRPr="024D77AC" w:rsidR="78C48E09">
        <w:rPr>
          <w:sz w:val="22"/>
          <w:szCs w:val="22"/>
        </w:rPr>
        <w:t xml:space="preserve"> </w:t>
      </w:r>
      <w:r w:rsidRPr="024D77AC" w:rsidR="5AE07EA8">
        <w:rPr>
          <w:sz w:val="22"/>
          <w:szCs w:val="22"/>
        </w:rPr>
        <w:t xml:space="preserve"> </w:t>
      </w:r>
      <w:bookmarkStart w:name="_Int_ntUV556O" w:id="28082420"/>
      <w:r>
        <w:tab/>
      </w:r>
      <w:bookmarkEnd w:id="28082420"/>
      <w:r w:rsidRPr="024D77AC" w:rsidR="690F20EB">
        <w:rPr>
          <w:sz w:val="22"/>
          <w:szCs w:val="22"/>
        </w:rPr>
        <w:t>Zoom</w:t>
      </w:r>
    </w:p>
    <w:p w:rsidRPr="009674A1" w:rsidR="001B5E4F" w:rsidP="1A22CE04" w:rsidRDefault="77E0B852" w14:paraId="2A3C8C5D" w14:textId="2A2A1FB0">
      <w:pPr>
        <w:ind w:left="720" w:firstLine="720"/>
        <w:rPr>
          <w:sz w:val="22"/>
          <w:szCs w:val="22"/>
        </w:rPr>
      </w:pPr>
      <w:hyperlink r:id="R0b69b9e9863d461b">
        <w:r w:rsidRPr="024D77AC" w:rsidR="690F20EB">
          <w:rPr>
            <w:rStyle w:val="Hyperlink"/>
          </w:rPr>
          <w:t>Meeting Link</w:t>
        </w:r>
      </w:hyperlink>
    </w:p>
    <w:p w:rsidR="690F20EB" w:rsidP="024D77AC" w:rsidRDefault="690F20EB" w14:paraId="1ED7FF19" w14:textId="4404ED03">
      <w:pPr>
        <w:ind w:left="720" w:firstLine="720"/>
      </w:pPr>
      <w:r w:rsidR="690F20EB">
        <w:rPr/>
        <w:t>Meeting ID: 861 8381 5853</w:t>
      </w:r>
    </w:p>
    <w:p w:rsidR="690F20EB" w:rsidP="024D77AC" w:rsidRDefault="690F20EB" w14:paraId="45800B6E" w14:textId="7092DA94">
      <w:pPr>
        <w:pStyle w:val="Normal"/>
        <w:ind w:left="720" w:firstLine="720"/>
      </w:pPr>
      <w:r w:rsidR="690F20EB">
        <w:rPr/>
        <w:t>Passcode: CCS</w:t>
      </w:r>
    </w:p>
    <w:p w:rsidR="024D77AC" w:rsidP="024D77AC" w:rsidRDefault="024D77AC" w14:paraId="674D0738" w14:textId="19E228D7">
      <w:pPr>
        <w:ind w:left="720" w:firstLine="720"/>
      </w:pPr>
    </w:p>
    <w:p w:rsidRPr="008776B5" w:rsidR="00590381" w:rsidP="1A22CE04" w:rsidRDefault="05D5BE9E" w14:paraId="7CE60A00" w14:textId="77777777">
      <w:pPr>
        <w:pStyle w:val="Heading2"/>
        <w:rPr>
          <w:color w:val="1F497D" w:themeColor="text2"/>
          <w:sz w:val="32"/>
          <w:szCs w:val="32"/>
        </w:rPr>
      </w:pPr>
      <w:r w:rsidRPr="008776B5">
        <w:rPr>
          <w:color w:val="1F497D" w:themeColor="text2"/>
        </w:rPr>
        <w:t>Agenda</w:t>
      </w:r>
    </w:p>
    <w:p w:rsidRPr="009674A1" w:rsidR="00590381" w:rsidP="00D11A0B" w:rsidRDefault="48E87870" w14:paraId="0306A2E8" w14:textId="7BA54029">
      <w:pPr>
        <w:pStyle w:val="ListParagraph"/>
        <w:numPr>
          <w:ilvl w:val="0"/>
          <w:numId w:val="1"/>
        </w:numPr>
        <w:spacing w:line="40" w:lineRule="atLeast"/>
        <w:rPr>
          <w:sz w:val="22"/>
          <w:szCs w:val="22"/>
        </w:rPr>
      </w:pPr>
      <w:r w:rsidRPr="024D77AC" w:rsidR="48E87870">
        <w:rPr>
          <w:b w:val="1"/>
          <w:bCs w:val="1"/>
          <w:sz w:val="22"/>
          <w:szCs w:val="22"/>
        </w:rPr>
        <w:t>Call to order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24D77AC" w:rsidR="7CBA9E4B">
        <w:rPr>
          <w:sz w:val="22"/>
          <w:szCs w:val="22"/>
        </w:rPr>
        <w:t>1</w:t>
      </w:r>
      <w:r w:rsidRPr="024D77AC" w:rsidR="5BF2B047">
        <w:rPr>
          <w:sz w:val="22"/>
          <w:szCs w:val="22"/>
        </w:rPr>
        <w:t xml:space="preserve"> </w:t>
      </w:r>
      <w:r w:rsidRPr="024D77AC" w:rsidR="00050C59">
        <w:rPr>
          <w:sz w:val="22"/>
          <w:szCs w:val="22"/>
        </w:rPr>
        <w:t>minutes</w:t>
      </w:r>
    </w:p>
    <w:p w:rsidRPr="009674A1" w:rsidR="00590381" w:rsidP="00050C59" w:rsidRDefault="48E87870" w14:paraId="2DEDEB6B" w14:textId="1A1F1246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24D77AC" w:rsidR="48E87870">
        <w:rPr>
          <w:b w:val="1"/>
          <w:bCs w:val="1"/>
          <w:sz w:val="22"/>
          <w:szCs w:val="22"/>
        </w:rPr>
        <w:t>Roll call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24D77AC" w:rsidR="3843D0E7">
        <w:rPr>
          <w:sz w:val="22"/>
          <w:szCs w:val="22"/>
        </w:rPr>
        <w:t>3</w:t>
      </w:r>
      <w:r w:rsidRPr="024D77AC" w:rsidR="3DF1B25B">
        <w:rPr>
          <w:sz w:val="22"/>
          <w:szCs w:val="22"/>
        </w:rPr>
        <w:t xml:space="preserve"> minutes</w:t>
      </w:r>
    </w:p>
    <w:tbl>
      <w:tblPr>
        <w:tblStyle w:val="LightList-Accent1"/>
        <w:tblW w:w="0" w:type="auto"/>
        <w:tblInd w:w="828" w:type="dxa"/>
        <w:tblLook w:val="04A0" w:firstRow="1" w:lastRow="0" w:firstColumn="1" w:lastColumn="0" w:noHBand="0" w:noVBand="1"/>
      </w:tblPr>
      <w:tblGrid>
        <w:gridCol w:w="3240"/>
        <w:gridCol w:w="2790"/>
        <w:gridCol w:w="1998"/>
      </w:tblGrid>
      <w:tr w:rsidRPr="009674A1" w:rsidR="00D11A0B" w:rsidTr="024D77AC" w14:paraId="39B6979E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shd w:val="clear" w:color="auto" w:fill="17365D" w:themeFill="text2" w:themeFillShade="BF"/>
            <w:tcMar/>
          </w:tcPr>
          <w:p w:rsidRPr="009674A1" w:rsidR="00D11A0B" w:rsidP="46AD872E" w:rsidRDefault="00D11A0B" w14:paraId="43A806BF" w14:textId="2A1D2E25">
            <w:pPr>
              <w:rPr>
                <w:rFonts w:ascii="Calibri" w:hAnsi="Calibri" w:eastAsia="Calibri" w:cs="Calibri"/>
                <w:b w:val="1"/>
                <w:bCs w:val="1"/>
                <w:sz w:val="22"/>
                <w:szCs w:val="22"/>
              </w:rPr>
            </w:pPr>
            <w:r w:rsidRPr="46AD872E" w:rsidR="00D11A0B">
              <w:rPr>
                <w:rFonts w:ascii="Calibri" w:hAnsi="Calibri" w:eastAsia="Calibri" w:cs="Calibri"/>
                <w:b w:val="1"/>
                <w:bCs w:val="1"/>
                <w:sz w:val="22"/>
                <w:szCs w:val="22"/>
              </w:rPr>
              <w:t>Library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17365D" w:themeFill="text2" w:themeFillShade="BF"/>
            <w:tcMar/>
          </w:tcPr>
          <w:p w:rsidRPr="009674A1" w:rsidR="00D11A0B" w:rsidP="46AD872E" w:rsidRDefault="00D11A0B" w14:paraId="2017AB33" w14:textId="0D9B7E0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cs="Calibri"/>
                <w:b w:val="1"/>
                <w:bCs w:val="1"/>
                <w:sz w:val="22"/>
                <w:szCs w:val="22"/>
              </w:rPr>
            </w:pPr>
            <w:r w:rsidRPr="46AD872E" w:rsidR="00D11A0B">
              <w:rPr>
                <w:rFonts w:ascii="Calibri" w:hAnsi="Calibri" w:eastAsia="Calibri" w:cs="Calibri"/>
                <w:b w:val="1"/>
                <w:bCs w:val="1"/>
                <w:sz w:val="22"/>
                <w:szCs w:val="22"/>
              </w:rPr>
              <w:t>Staff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98" w:type="dxa"/>
            <w:shd w:val="clear" w:color="auto" w:fill="17365D" w:themeFill="text2" w:themeFillShade="BF"/>
            <w:tcMar/>
          </w:tcPr>
          <w:p w:rsidRPr="009674A1" w:rsidR="00D11A0B" w:rsidP="46AD872E" w:rsidRDefault="00D11A0B" w14:paraId="470F86E3" w14:textId="0907349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cs="Calibri"/>
                <w:b w:val="1"/>
                <w:bCs w:val="1"/>
                <w:sz w:val="22"/>
                <w:szCs w:val="22"/>
              </w:rPr>
            </w:pPr>
            <w:r w:rsidRPr="46AD872E" w:rsidR="00D11A0B">
              <w:rPr>
                <w:rFonts w:ascii="Calibri" w:hAnsi="Calibri" w:eastAsia="Calibri" w:cs="Calibri"/>
                <w:b w:val="1"/>
                <w:bCs w:val="1"/>
                <w:sz w:val="22"/>
                <w:szCs w:val="22"/>
              </w:rPr>
              <w:t>Attendance</w:t>
            </w:r>
          </w:p>
        </w:tc>
      </w:tr>
      <w:tr w:rsidRPr="009674A1" w:rsidR="00D11A0B" w:rsidTr="024D77AC" w14:paraId="1A6F451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tcMar/>
          </w:tcPr>
          <w:p w:rsidR="024D77AC" w:rsidP="024D77AC" w:rsidRDefault="024D77AC" w14:paraId="67529280" w14:textId="48BAB346">
            <w:pPr>
              <w:pStyle w:val="Normal"/>
              <w:rPr>
                <w:sz w:val="22"/>
                <w:szCs w:val="22"/>
              </w:rPr>
            </w:pPr>
            <w:r w:rsidRPr="024D77AC" w:rsidR="024D77AC">
              <w:rPr>
                <w:sz w:val="22"/>
                <w:szCs w:val="22"/>
                <w:lang w:val="en-US"/>
              </w:rPr>
              <w:t xml:space="preserve">Evanston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90" w:type="dxa"/>
            <w:tcMar/>
          </w:tcPr>
          <w:p w:rsidR="024D77AC" w:rsidP="024D77AC" w:rsidRDefault="024D77AC" w14:paraId="6F4CC6DE" w14:textId="061C58D4">
            <w:pPr>
              <w:pStyle w:val="Normal"/>
              <w:rPr>
                <w:sz w:val="22"/>
                <w:szCs w:val="22"/>
                <w:lang w:val="en-US"/>
              </w:rPr>
            </w:pPr>
            <w:r w:rsidRPr="024D77AC" w:rsidR="024D77AC">
              <w:rPr>
                <w:sz w:val="22"/>
                <w:szCs w:val="22"/>
                <w:lang w:val="en-US"/>
              </w:rPr>
              <w:t xml:space="preserve"> Kellye </w:t>
            </w:r>
            <w:r w:rsidRPr="024D77AC" w:rsidR="024D77AC">
              <w:rPr>
                <w:sz w:val="22"/>
                <w:szCs w:val="22"/>
                <w:lang w:val="en-US"/>
              </w:rPr>
              <w:t xml:space="preserve">Fleming 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98" w:type="dxa"/>
            <w:tcMar/>
          </w:tcPr>
          <w:p w:rsidRPr="009674A1" w:rsidR="00D11A0B" w:rsidP="024D77AC" w:rsidRDefault="00D11A0B" w14:paraId="52A837BE" w14:textId="7353FF53">
            <w:pPr>
              <w:pStyle w:val="Normal"/>
            </w:pPr>
          </w:p>
        </w:tc>
      </w:tr>
      <w:tr w:rsidR="024D77AC" w:rsidTr="024D77AC" w14:paraId="43DEE7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tcMar/>
          </w:tcPr>
          <w:p w:rsidR="024D77AC" w:rsidP="024D77AC" w:rsidRDefault="024D77AC" w14:paraId="6412F9CE" w14:textId="3E305425">
            <w:pPr>
              <w:pStyle w:val="Normal"/>
              <w:rPr>
                <w:sz w:val="22"/>
                <w:szCs w:val="22"/>
              </w:rPr>
            </w:pPr>
            <w:r w:rsidRPr="024D77AC" w:rsidR="024D77AC">
              <w:rPr>
                <w:sz w:val="22"/>
                <w:szCs w:val="22"/>
                <w:lang w:val="en-US"/>
              </w:rPr>
              <w:t xml:space="preserve"> Fox River 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90" w:type="dxa"/>
            <w:tcMar/>
          </w:tcPr>
          <w:p w:rsidR="024D77AC" w:rsidP="024D77AC" w:rsidRDefault="024D77AC" w14:paraId="025C2B6D" w14:textId="44901A2F">
            <w:pPr>
              <w:pStyle w:val="Normal"/>
              <w:rPr>
                <w:sz w:val="22"/>
                <w:szCs w:val="22"/>
              </w:rPr>
            </w:pPr>
            <w:r w:rsidRPr="024D77AC" w:rsidR="024D77AC">
              <w:rPr>
                <w:sz w:val="22"/>
                <w:szCs w:val="22"/>
                <w:lang w:val="en-US"/>
              </w:rPr>
              <w:t xml:space="preserve"> Sam Bunte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98" w:type="dxa"/>
            <w:tcMar/>
          </w:tcPr>
          <w:p w:rsidR="024D77AC" w:rsidP="024D77AC" w:rsidRDefault="024D77AC" w14:paraId="641B656D" w14:textId="5863057C">
            <w:pPr>
              <w:pStyle w:val="Normal"/>
            </w:pPr>
          </w:p>
        </w:tc>
      </w:tr>
      <w:tr w:rsidR="024D77AC" w:rsidTr="024D77AC" w14:paraId="3E4928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tcMar/>
          </w:tcPr>
          <w:p w:rsidR="024D77AC" w:rsidP="024D77AC" w:rsidRDefault="024D77AC" w14:paraId="77CCA52F" w14:textId="1DFD8A04">
            <w:pPr>
              <w:pStyle w:val="Normal"/>
              <w:rPr>
                <w:sz w:val="22"/>
                <w:szCs w:val="22"/>
              </w:rPr>
            </w:pPr>
            <w:r w:rsidRPr="024D77AC" w:rsidR="024D77AC">
              <w:rPr>
                <w:sz w:val="22"/>
                <w:szCs w:val="22"/>
                <w:lang w:val="en-US"/>
              </w:rPr>
              <w:t xml:space="preserve"> McHenry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90" w:type="dxa"/>
            <w:tcMar/>
          </w:tcPr>
          <w:p w:rsidR="024D77AC" w:rsidP="024D77AC" w:rsidRDefault="024D77AC" w14:paraId="7C97BFAA" w14:textId="5C9264AC">
            <w:pPr>
              <w:pStyle w:val="Normal"/>
              <w:rPr>
                <w:sz w:val="22"/>
                <w:szCs w:val="22"/>
              </w:rPr>
            </w:pPr>
            <w:r w:rsidRPr="024D77AC" w:rsidR="024D77AC">
              <w:rPr>
                <w:sz w:val="22"/>
                <w:szCs w:val="22"/>
                <w:lang w:val="en-US"/>
              </w:rPr>
              <w:t xml:space="preserve"> Lesley Jakacki (chair)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98" w:type="dxa"/>
            <w:tcMar/>
          </w:tcPr>
          <w:p w:rsidR="024D77AC" w:rsidP="024D77AC" w:rsidRDefault="024D77AC" w14:paraId="1C39DCE5" w14:textId="13B755CB">
            <w:pPr>
              <w:pStyle w:val="Normal"/>
            </w:pPr>
          </w:p>
        </w:tc>
      </w:tr>
      <w:tr w:rsidR="024D77AC" w:rsidTr="024D77AC" w14:paraId="25452C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tcMar/>
          </w:tcPr>
          <w:p w:rsidR="024D77AC" w:rsidP="024D77AC" w:rsidRDefault="024D77AC" w14:paraId="05E8524D" w14:textId="3DBB5492">
            <w:pPr>
              <w:pStyle w:val="Normal"/>
              <w:rPr>
                <w:sz w:val="22"/>
                <w:szCs w:val="22"/>
              </w:rPr>
            </w:pPr>
            <w:r w:rsidRPr="024D77AC" w:rsidR="024D77AC">
              <w:rPr>
                <w:sz w:val="22"/>
                <w:szCs w:val="22"/>
                <w:lang w:val="en-US"/>
              </w:rPr>
              <w:t xml:space="preserve"> Niles-Maine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90" w:type="dxa"/>
            <w:tcMar/>
          </w:tcPr>
          <w:p w:rsidR="024D77AC" w:rsidP="024D77AC" w:rsidRDefault="024D77AC" w14:paraId="739732FF" w14:textId="42350114">
            <w:pPr>
              <w:pStyle w:val="Normal"/>
              <w:rPr>
                <w:sz w:val="22"/>
                <w:szCs w:val="22"/>
                <w:lang w:val="en-US"/>
              </w:rPr>
            </w:pPr>
            <w:r w:rsidRPr="024D77AC" w:rsidR="024D77AC">
              <w:rPr>
                <w:sz w:val="22"/>
                <w:szCs w:val="22"/>
                <w:lang w:val="en-US"/>
              </w:rPr>
              <w:t xml:space="preserve"> Georgia </w:t>
            </w:r>
            <w:r w:rsidRPr="024D77AC" w:rsidR="024D77AC">
              <w:rPr>
                <w:sz w:val="22"/>
                <w:szCs w:val="22"/>
                <w:lang w:val="en-US"/>
              </w:rPr>
              <w:t>Pichinos</w:t>
            </w:r>
            <w:r w:rsidRPr="024D77AC" w:rsidR="024D77AC">
              <w:rPr>
                <w:sz w:val="22"/>
                <w:szCs w:val="22"/>
                <w:lang w:val="en-US"/>
              </w:rPr>
              <w:t>-</w:t>
            </w:r>
            <w:r w:rsidRPr="024D77AC" w:rsidR="024D77AC">
              <w:rPr>
                <w:sz w:val="22"/>
                <w:szCs w:val="22"/>
                <w:lang w:val="en-US"/>
              </w:rPr>
              <w:t xml:space="preserve">Anderson 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98" w:type="dxa"/>
            <w:tcMar/>
          </w:tcPr>
          <w:p w:rsidR="024D77AC" w:rsidP="024D77AC" w:rsidRDefault="024D77AC" w14:paraId="67E38E12" w14:textId="12421EB9">
            <w:pPr>
              <w:pStyle w:val="Normal"/>
            </w:pPr>
          </w:p>
        </w:tc>
      </w:tr>
      <w:tr w:rsidR="024D77AC" w:rsidTr="024D77AC" w14:paraId="088EF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tcMar/>
          </w:tcPr>
          <w:p w:rsidR="024D77AC" w:rsidP="024D77AC" w:rsidRDefault="024D77AC" w14:paraId="2A435414" w14:textId="3DA8768B">
            <w:pPr>
              <w:pStyle w:val="Normal"/>
              <w:rPr>
                <w:sz w:val="22"/>
                <w:szCs w:val="22"/>
              </w:rPr>
            </w:pPr>
            <w:r w:rsidRPr="024D77AC" w:rsidR="024D77AC">
              <w:rPr>
                <w:sz w:val="22"/>
                <w:szCs w:val="22"/>
                <w:lang w:val="en-US"/>
              </w:rPr>
              <w:t xml:space="preserve"> Northbrook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90" w:type="dxa"/>
            <w:tcMar/>
          </w:tcPr>
          <w:p w:rsidR="024D77AC" w:rsidP="024D77AC" w:rsidRDefault="024D77AC" w14:paraId="713A6749" w14:textId="07D8C110">
            <w:pPr>
              <w:pStyle w:val="Normal"/>
              <w:rPr>
                <w:sz w:val="22"/>
                <w:szCs w:val="22"/>
              </w:rPr>
            </w:pPr>
            <w:r w:rsidRPr="024D77AC" w:rsidR="024D77AC">
              <w:rPr>
                <w:sz w:val="22"/>
                <w:szCs w:val="22"/>
                <w:lang w:val="en-US"/>
              </w:rPr>
              <w:t xml:space="preserve"> Jessica Thomson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98" w:type="dxa"/>
            <w:tcMar/>
          </w:tcPr>
          <w:p w:rsidR="024D77AC" w:rsidP="024D77AC" w:rsidRDefault="024D77AC" w14:paraId="355CF4A7" w14:textId="14BA7F63">
            <w:pPr>
              <w:pStyle w:val="Normal"/>
            </w:pPr>
          </w:p>
        </w:tc>
      </w:tr>
      <w:tr w:rsidR="024D77AC" w:rsidTr="024D77AC" w14:paraId="171E16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tcMar/>
          </w:tcPr>
          <w:p w:rsidR="024D77AC" w:rsidP="024D77AC" w:rsidRDefault="024D77AC" w14:paraId="29633499" w14:textId="02F37FAF">
            <w:pPr>
              <w:pStyle w:val="Normal"/>
              <w:rPr>
                <w:sz w:val="22"/>
                <w:szCs w:val="22"/>
              </w:rPr>
            </w:pPr>
            <w:r w:rsidRPr="024D77AC" w:rsidR="024D77AC">
              <w:rPr>
                <w:sz w:val="22"/>
                <w:szCs w:val="22"/>
                <w:lang w:val="en-US"/>
              </w:rPr>
              <w:t xml:space="preserve"> Northbrook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90" w:type="dxa"/>
            <w:tcMar/>
          </w:tcPr>
          <w:p w:rsidR="024D77AC" w:rsidP="024D77AC" w:rsidRDefault="024D77AC" w14:paraId="34E62433" w14:textId="2DEA830E">
            <w:pPr>
              <w:pStyle w:val="Normal"/>
              <w:rPr>
                <w:sz w:val="22"/>
                <w:szCs w:val="22"/>
              </w:rPr>
            </w:pPr>
            <w:r w:rsidRPr="024D77AC" w:rsidR="024D77AC">
              <w:rPr>
                <w:sz w:val="22"/>
                <w:szCs w:val="22"/>
                <w:lang w:val="en-US"/>
              </w:rPr>
              <w:t xml:space="preserve"> Kate Hall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98" w:type="dxa"/>
            <w:tcMar/>
          </w:tcPr>
          <w:p w:rsidR="024D77AC" w:rsidP="024D77AC" w:rsidRDefault="024D77AC" w14:paraId="3C17E111" w14:textId="7042BB1A">
            <w:pPr>
              <w:pStyle w:val="Normal"/>
            </w:pPr>
          </w:p>
        </w:tc>
      </w:tr>
      <w:tr w:rsidR="024D77AC" w:rsidTr="024D77AC" w14:paraId="2D5634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tcMar/>
          </w:tcPr>
          <w:p w:rsidR="024D77AC" w:rsidP="024D77AC" w:rsidRDefault="024D77AC" w14:paraId="16969373" w14:textId="5D234F6B">
            <w:pPr>
              <w:pStyle w:val="Normal"/>
              <w:rPr>
                <w:sz w:val="22"/>
                <w:szCs w:val="22"/>
              </w:rPr>
            </w:pPr>
            <w:r w:rsidRPr="024D77AC" w:rsidR="024D77AC">
              <w:rPr>
                <w:sz w:val="22"/>
                <w:szCs w:val="22"/>
                <w:lang w:val="en-US"/>
              </w:rPr>
              <w:t xml:space="preserve"> Palatine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90" w:type="dxa"/>
            <w:tcMar/>
          </w:tcPr>
          <w:p w:rsidR="024D77AC" w:rsidP="024D77AC" w:rsidRDefault="024D77AC" w14:paraId="2CC92118" w14:textId="32C1A3CD">
            <w:pPr>
              <w:pStyle w:val="Normal"/>
              <w:rPr>
                <w:sz w:val="22"/>
                <w:szCs w:val="22"/>
              </w:rPr>
            </w:pPr>
            <w:r w:rsidRPr="024D77AC" w:rsidR="024D77AC">
              <w:rPr>
                <w:sz w:val="22"/>
                <w:szCs w:val="22"/>
                <w:lang w:val="en-US"/>
              </w:rPr>
              <w:t xml:space="preserve"> Carly Thompson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98" w:type="dxa"/>
            <w:tcMar/>
          </w:tcPr>
          <w:p w:rsidR="024D77AC" w:rsidP="024D77AC" w:rsidRDefault="024D77AC" w14:paraId="66518189" w14:textId="03BAF5B0">
            <w:pPr>
              <w:pStyle w:val="Normal"/>
            </w:pPr>
          </w:p>
        </w:tc>
      </w:tr>
      <w:tr w:rsidR="024D77AC" w:rsidTr="024D77AC" w14:paraId="496F4C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tcMar/>
          </w:tcPr>
          <w:p w:rsidR="024D77AC" w:rsidP="024D77AC" w:rsidRDefault="024D77AC" w14:paraId="42588527" w14:textId="41309DDD">
            <w:pPr>
              <w:pStyle w:val="Normal"/>
              <w:rPr>
                <w:sz w:val="22"/>
                <w:szCs w:val="22"/>
              </w:rPr>
            </w:pPr>
            <w:r w:rsidRPr="024D77AC" w:rsidR="024D77AC">
              <w:rPr>
                <w:sz w:val="22"/>
                <w:szCs w:val="22"/>
                <w:lang w:val="en-US"/>
              </w:rPr>
              <w:t xml:space="preserve"> Park Ridge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90" w:type="dxa"/>
            <w:tcMar/>
          </w:tcPr>
          <w:p w:rsidR="024D77AC" w:rsidP="024D77AC" w:rsidRDefault="024D77AC" w14:paraId="137CBC01" w14:textId="53A57F7D">
            <w:pPr>
              <w:pStyle w:val="Normal"/>
              <w:rPr>
                <w:sz w:val="22"/>
                <w:szCs w:val="22"/>
                <w:lang w:val="en-US"/>
              </w:rPr>
            </w:pPr>
            <w:r w:rsidRPr="024D77AC" w:rsidR="024D77AC">
              <w:rPr>
                <w:sz w:val="22"/>
                <w:szCs w:val="22"/>
                <w:lang w:val="en-US"/>
              </w:rPr>
              <w:t xml:space="preserve"> Anastasia Rachmaciej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98" w:type="dxa"/>
            <w:tcMar/>
          </w:tcPr>
          <w:p w:rsidR="024D77AC" w:rsidP="024D77AC" w:rsidRDefault="024D77AC" w14:paraId="6DBDF0DC" w14:textId="3D44EC09">
            <w:pPr>
              <w:pStyle w:val="Normal"/>
            </w:pPr>
          </w:p>
        </w:tc>
      </w:tr>
      <w:tr w:rsidR="024D77AC" w:rsidTr="024D77AC" w14:paraId="5C81F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tcMar/>
          </w:tcPr>
          <w:p w:rsidR="024D77AC" w:rsidP="024D77AC" w:rsidRDefault="024D77AC" w14:paraId="26AD7FFF" w14:textId="15927273">
            <w:pPr>
              <w:pStyle w:val="Normal"/>
              <w:rPr>
                <w:sz w:val="22"/>
                <w:szCs w:val="22"/>
              </w:rPr>
            </w:pPr>
            <w:r w:rsidRPr="024D77AC" w:rsidR="024D77AC">
              <w:rPr>
                <w:sz w:val="22"/>
                <w:szCs w:val="22"/>
                <w:lang w:val="en-US"/>
              </w:rPr>
              <w:t xml:space="preserve"> Winnetka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90" w:type="dxa"/>
            <w:tcMar/>
          </w:tcPr>
          <w:p w:rsidR="024D77AC" w:rsidP="024D77AC" w:rsidRDefault="024D77AC" w14:paraId="7C718F2E" w14:textId="5A096313">
            <w:pPr>
              <w:pStyle w:val="Normal"/>
              <w:rPr>
                <w:sz w:val="22"/>
                <w:szCs w:val="22"/>
              </w:rPr>
            </w:pPr>
            <w:r w:rsidRPr="024D77AC" w:rsidR="024D77AC">
              <w:rPr>
                <w:sz w:val="22"/>
                <w:szCs w:val="22"/>
                <w:lang w:val="en-US"/>
              </w:rPr>
              <w:t xml:space="preserve"> Mark </w:t>
            </w:r>
            <w:r w:rsidRPr="024D77AC" w:rsidR="024D77AC">
              <w:rPr>
                <w:sz w:val="22"/>
                <w:szCs w:val="22"/>
                <w:lang w:val="en-US"/>
              </w:rPr>
              <w:t xml:space="preserve">Swenson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98" w:type="dxa"/>
            <w:tcMar/>
          </w:tcPr>
          <w:p w:rsidR="024D77AC" w:rsidP="024D77AC" w:rsidRDefault="024D77AC" w14:paraId="00A069BD" w14:textId="73E722DA">
            <w:pPr>
              <w:pStyle w:val="Normal"/>
            </w:pPr>
          </w:p>
        </w:tc>
      </w:tr>
    </w:tbl>
    <w:p w:rsidRPr="009674A1" w:rsidR="00D11A0B" w:rsidP="001D1BEF" w:rsidRDefault="00D11A0B" w14:paraId="76F8A587" w14:textId="77777777">
      <w:pPr>
        <w:spacing w:line="480" w:lineRule="auto"/>
        <w:rPr>
          <w:sz w:val="22"/>
          <w:szCs w:val="22"/>
        </w:rPr>
      </w:pPr>
    </w:p>
    <w:p w:rsidRPr="009674A1" w:rsidR="00590381" w:rsidP="00050C59" w:rsidRDefault="48E87870" w14:paraId="52EF01B5" w14:textId="0A08CD25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24D77AC" w:rsidR="48E87870">
        <w:rPr>
          <w:b w:val="1"/>
          <w:bCs w:val="1"/>
          <w:sz w:val="22"/>
          <w:szCs w:val="22"/>
        </w:rPr>
        <w:t xml:space="preserve">Approval of </w:t>
      </w:r>
      <w:r w:rsidRPr="024D77AC" w:rsidR="48E87870">
        <w:rPr>
          <w:b w:val="1"/>
          <w:bCs w:val="1"/>
          <w:sz w:val="22"/>
          <w:szCs w:val="22"/>
        </w:rPr>
        <w:t>previous</w:t>
      </w:r>
      <w:r w:rsidRPr="024D77AC" w:rsidR="48E87870">
        <w:rPr>
          <w:b w:val="1"/>
          <w:bCs w:val="1"/>
          <w:sz w:val="22"/>
          <w:szCs w:val="22"/>
        </w:rPr>
        <w:t xml:space="preserve"> minutes</w:t>
      </w:r>
      <w:r w:rsidRPr="024D77AC" w:rsidR="573C2DF1">
        <w:rPr>
          <w:b w:val="1"/>
          <w:bCs w:val="1"/>
          <w:sz w:val="22"/>
          <w:szCs w:val="22"/>
        </w:rPr>
        <w:t xml:space="preserve"> (March 3, 2026)</w:t>
      </w:r>
      <w:r>
        <w:tab/>
      </w:r>
      <w:r>
        <w:tab/>
      </w:r>
      <w:r>
        <w:tab/>
      </w:r>
      <w:r>
        <w:tab/>
      </w:r>
      <w:r w:rsidRPr="024D77AC" w:rsidR="1665B48A">
        <w:rPr>
          <w:sz w:val="22"/>
          <w:szCs w:val="22"/>
        </w:rPr>
        <w:t>2</w:t>
      </w:r>
      <w:r w:rsidRPr="024D77AC" w:rsidR="5073E59B">
        <w:rPr>
          <w:sz w:val="22"/>
          <w:szCs w:val="22"/>
        </w:rPr>
        <w:t xml:space="preserve"> minutes</w:t>
      </w:r>
    </w:p>
    <w:p w:rsidRPr="009674A1" w:rsidR="00590381" w:rsidP="024D77AC" w:rsidRDefault="48E87870" w14:paraId="09FE0C33" w14:textId="3130A7B3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0" w:afterAutospacing="off" w:line="480" w:lineRule="auto"/>
        <w:ind w:left="720" w:right="0" w:hanging="360"/>
        <w:jc w:val="left"/>
        <w:rPr>
          <w:sz w:val="22"/>
          <w:szCs w:val="22"/>
        </w:rPr>
      </w:pPr>
      <w:r w:rsidRPr="024D77AC" w:rsidR="2E105FCF">
        <w:rPr>
          <w:b w:val="1"/>
          <w:bCs w:val="1"/>
          <w:sz w:val="22"/>
          <w:szCs w:val="22"/>
        </w:rPr>
        <w:t>New Material Type Request: Streaming Media</w:t>
      </w:r>
      <w:r>
        <w:tab/>
      </w:r>
      <w:r w:rsidRPr="024D77AC" w:rsidR="658CA24C">
        <w:rPr>
          <w:b w:val="1"/>
          <w:bCs w:val="1"/>
          <w:sz w:val="22"/>
          <w:szCs w:val="22"/>
        </w:rPr>
        <w:t>(ACTION)</w:t>
      </w:r>
      <w:r>
        <w:tab/>
      </w:r>
      <w:r>
        <w:tab/>
      </w:r>
      <w:r w:rsidRPr="024D77AC" w:rsidR="5E52F584">
        <w:rPr>
          <w:sz w:val="22"/>
          <w:szCs w:val="22"/>
        </w:rPr>
        <w:t>20</w:t>
      </w:r>
      <w:r w:rsidRPr="024D77AC" w:rsidR="46EA95B9">
        <w:rPr>
          <w:sz w:val="22"/>
          <w:szCs w:val="22"/>
        </w:rPr>
        <w:t xml:space="preserve"> minutes</w:t>
      </w:r>
    </w:p>
    <w:p w:rsidRPr="009674A1" w:rsidR="001D1BEF" w:rsidP="024D77AC" w:rsidRDefault="001D1BEF" w14:paraId="5FED524F" w14:textId="64CD2D9A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120" w:afterAutospacing="off" w:line="480" w:lineRule="auto"/>
        <w:ind w:left="720" w:right="0" w:hanging="360"/>
        <w:jc w:val="left"/>
        <w:rPr>
          <w:sz w:val="22"/>
          <w:szCs w:val="22"/>
        </w:rPr>
      </w:pPr>
      <w:r w:rsidRPr="024D77AC" w:rsidR="31CD4E7E">
        <w:rPr>
          <w:b w:val="1"/>
          <w:bCs w:val="1"/>
          <w:sz w:val="22"/>
          <w:szCs w:val="22"/>
        </w:rPr>
        <w:t>Reversal of Literary Form and Target Audience Requirements (ACTIO</w:t>
      </w:r>
      <w:r w:rsidRPr="024D77AC" w:rsidR="31CD4E7E">
        <w:rPr>
          <w:b w:val="1"/>
          <w:bCs w:val="1"/>
          <w:sz w:val="22"/>
          <w:szCs w:val="22"/>
        </w:rPr>
        <w:t>N</w:t>
      </w:r>
      <w:r w:rsidRPr="024D77AC" w:rsidR="31CD4E7E">
        <w:rPr>
          <w:b w:val="1"/>
          <w:bCs w:val="1"/>
          <w:sz w:val="22"/>
          <w:szCs w:val="22"/>
        </w:rPr>
        <w:t xml:space="preserve">) </w:t>
      </w:r>
      <w:r w:rsidRPr="024D77AC" w:rsidR="055E8CFA">
        <w:rPr>
          <w:sz w:val="22"/>
          <w:szCs w:val="22"/>
        </w:rPr>
        <w:t xml:space="preserve"> 10 minutes</w:t>
      </w:r>
    </w:p>
    <w:p w:rsidRPr="009674A1" w:rsidR="001D1BEF" w:rsidP="024D77AC" w:rsidRDefault="001D1BEF" w14:paraId="2A911C76" w14:textId="5F0E5A4D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120" w:afterAutospacing="off" w:line="480" w:lineRule="auto"/>
        <w:ind w:left="720" w:right="0" w:hanging="360"/>
        <w:jc w:val="left"/>
        <w:rPr>
          <w:sz w:val="22"/>
          <w:szCs w:val="22"/>
        </w:rPr>
      </w:pPr>
      <w:r w:rsidRPr="024D77AC" w:rsidR="31CD4E7E">
        <w:rPr>
          <w:b w:val="1"/>
          <w:bCs w:val="1"/>
          <w:sz w:val="22"/>
          <w:szCs w:val="22"/>
        </w:rPr>
        <w:t xml:space="preserve">Discontinuation of PAC Override Code </w:t>
      </w:r>
      <w:r w:rsidRPr="024D77AC" w:rsidR="5B9839BE">
        <w:rPr>
          <w:b w:val="1"/>
          <w:bCs w:val="1"/>
          <w:sz w:val="22"/>
          <w:szCs w:val="22"/>
        </w:rPr>
        <w:t>(DISCUSSION)</w:t>
      </w:r>
      <w:r>
        <w:tab/>
      </w:r>
      <w:r>
        <w:tab/>
      </w:r>
      <w:r>
        <w:tab/>
      </w:r>
      <w:r w:rsidRPr="024D77AC" w:rsidR="77E6EC6B">
        <w:rPr>
          <w:sz w:val="22"/>
          <w:szCs w:val="22"/>
        </w:rPr>
        <w:t>20</w:t>
      </w:r>
      <w:r w:rsidRPr="024D77AC" w:rsidR="31CD4E7E">
        <w:rPr>
          <w:sz w:val="22"/>
          <w:szCs w:val="22"/>
        </w:rPr>
        <w:t xml:space="preserve"> minutes</w:t>
      </w:r>
    </w:p>
    <w:p w:rsidRPr="009674A1" w:rsidR="001D1BEF" w:rsidP="024D77AC" w:rsidRDefault="001D1BEF" w14:paraId="6EF6FACA" w14:textId="3704F53C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120" w:afterAutospacing="off" w:line="480" w:lineRule="auto"/>
        <w:ind w:left="720" w:right="0" w:hanging="360"/>
        <w:jc w:val="left"/>
        <w:rPr>
          <w:sz w:val="22"/>
          <w:szCs w:val="22"/>
        </w:rPr>
      </w:pPr>
      <w:r w:rsidRPr="024D77AC" w:rsidR="3C276159">
        <w:rPr>
          <w:b w:val="1"/>
          <w:bCs w:val="1"/>
          <w:sz w:val="22"/>
          <w:szCs w:val="22"/>
        </w:rPr>
        <w:t>Nonintegrated EContent Record Guidance</w:t>
      </w:r>
      <w:r w:rsidRPr="024D77AC" w:rsidR="15898D8C">
        <w:rPr>
          <w:b w:val="1"/>
          <w:bCs w:val="1"/>
          <w:sz w:val="22"/>
          <w:szCs w:val="22"/>
        </w:rPr>
        <w:t xml:space="preserve"> (DISCUSSION)</w:t>
      </w:r>
      <w:r>
        <w:tab/>
      </w:r>
      <w:r>
        <w:tab/>
      </w:r>
      <w:r>
        <w:tab/>
      </w:r>
      <w:r>
        <w:tab/>
      </w:r>
      <w:r w:rsidRPr="024D77AC" w:rsidR="1FBE8FBC">
        <w:rPr>
          <w:sz w:val="22"/>
          <w:szCs w:val="22"/>
        </w:rPr>
        <w:t>20</w:t>
      </w:r>
      <w:r w:rsidRPr="024D77AC" w:rsidR="3C276159">
        <w:rPr>
          <w:sz w:val="22"/>
          <w:szCs w:val="22"/>
        </w:rPr>
        <w:t xml:space="preserve"> minutes</w:t>
      </w:r>
    </w:p>
    <w:p w:rsidRPr="009674A1" w:rsidR="001D1BEF" w:rsidP="024D77AC" w:rsidRDefault="001D1BEF" w14:paraId="48444871" w14:textId="19E8698D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120" w:afterAutospacing="off" w:line="480" w:lineRule="auto"/>
        <w:ind w:left="720" w:right="0" w:hanging="360"/>
        <w:jc w:val="left"/>
        <w:rPr>
          <w:b w:val="1"/>
          <w:bCs w:val="1"/>
          <w:sz w:val="22"/>
          <w:szCs w:val="22"/>
        </w:rPr>
      </w:pPr>
      <w:r w:rsidRPr="024D77AC" w:rsidR="1FB14827">
        <w:rPr>
          <w:b w:val="1"/>
          <w:bCs w:val="1"/>
          <w:sz w:val="22"/>
          <w:szCs w:val="22"/>
        </w:rPr>
        <w:t>Adjournment</w:t>
      </w:r>
    </w:p>
    <w:p w:rsidRPr="009674A1" w:rsidR="001D1BEF" w:rsidP="001D1BEF" w:rsidRDefault="001D1BEF" w14:paraId="3DBD604A" w14:textId="77777777">
      <w:pPr>
        <w:rPr>
          <w:sz w:val="22"/>
          <w:szCs w:val="22"/>
        </w:rPr>
      </w:pPr>
    </w:p>
    <w:p w:rsidRPr="009674A1" w:rsidR="001D1BEF" w:rsidP="001D1BEF" w:rsidRDefault="001D1BEF" w14:paraId="66BE00E6" w14:textId="40A22583">
      <w:pPr>
        <w:rPr>
          <w:sz w:val="22"/>
          <w:szCs w:val="22"/>
        </w:rPr>
      </w:pPr>
      <w:r w:rsidRPr="2D632CA5" w:rsidR="001D1BEF">
        <w:rPr>
          <w:sz w:val="22"/>
          <w:szCs w:val="22"/>
        </w:rPr>
        <w:t xml:space="preserve">All matters on the agenda may be discussed, </w:t>
      </w:r>
      <w:r w:rsidRPr="2D632CA5" w:rsidR="387B26F3">
        <w:rPr>
          <w:sz w:val="22"/>
          <w:szCs w:val="22"/>
        </w:rPr>
        <w:t>amended,</w:t>
      </w:r>
      <w:r w:rsidRPr="2D632CA5" w:rsidR="001D1BEF">
        <w:rPr>
          <w:sz w:val="22"/>
          <w:szCs w:val="22"/>
        </w:rPr>
        <w:t xml:space="preserve"> and acted upon.</w:t>
      </w:r>
    </w:p>
    <w:sectPr w:rsidRPr="009674A1" w:rsidR="001D1BEF" w:rsidSect="00034616">
      <w:headerReference w:type="default" r:id="rId11"/>
      <w:footerReference w:type="default" r:id="rId12"/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57893" w:rsidP="00E335F0" w:rsidRDefault="00D57893" w14:paraId="4343866C" w14:textId="77777777">
      <w:pPr>
        <w:spacing w:line="240" w:lineRule="auto"/>
      </w:pPr>
      <w:r>
        <w:separator/>
      </w:r>
    </w:p>
  </w:endnote>
  <w:endnote w:type="continuationSeparator" w:id="0">
    <w:p w:rsidR="00D57893" w:rsidP="00E335F0" w:rsidRDefault="00D57893" w14:paraId="68F2596A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E335F0" w:rsidR="00E335F0" w:rsidP="00E335F0" w:rsidRDefault="601D8C7C" w14:paraId="444CB756" w14:textId="4EC1F4BE">
    <w:r w:rsidRPr="601D8C7C">
      <w:t xml:space="preserve">Cooperative Computer Services (CCS) © </w:t>
    </w:r>
    <w:r w:rsidRPr="601D8C7C" w:rsidR="00E335F0">
      <w:fldChar w:fldCharType="begin"/>
    </w:r>
    <w:r w:rsidRPr="601D8C7C" w:rsidR="00E335F0">
      <w:instrText xml:space="preserve"> DATE  \@ "yyyy"  \* MERGEFORMAT </w:instrText>
    </w:r>
    <w:r w:rsidRPr="601D8C7C" w:rsidR="00E335F0">
      <w:fldChar w:fldCharType="separate"/>
    </w:r>
    <w:r w:rsidR="008776B5">
      <w:rPr>
        <w:noProof/>
      </w:rPr>
      <w:t>2026</w:t>
    </w:r>
    <w:r w:rsidRPr="601D8C7C" w:rsidR="00E335F0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57893" w:rsidP="00E335F0" w:rsidRDefault="00D57893" w14:paraId="70F90F8F" w14:textId="77777777">
      <w:pPr>
        <w:spacing w:line="240" w:lineRule="auto"/>
      </w:pPr>
      <w:r>
        <w:separator/>
      </w:r>
    </w:p>
  </w:footnote>
  <w:footnote w:type="continuationSeparator" w:id="0">
    <w:p w:rsidR="00D57893" w:rsidP="00E335F0" w:rsidRDefault="00D57893" w14:paraId="542A0DB6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335F0" w:rsidRDefault="1BD85A43" w14:paraId="1EB38F46" w14:textId="1D85DEEE">
    <w:pPr>
      <w:pStyle w:val="Header"/>
    </w:pPr>
    <w:r>
      <w:rPr>
        <w:noProof/>
      </w:rPr>
      <w:drawing>
        <wp:inline distT="0" distB="0" distL="0" distR="0" wp14:anchorId="7CFC46B0" wp14:editId="722B67F2">
          <wp:extent cx="806450" cy="463550"/>
          <wp:effectExtent l="0" t="0" r="0" b="0"/>
          <wp:docPr id="1177108286" name="Picture 1" descr="Cooperative Computer Service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6450" cy="463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oVtwul5C" int2:invalidationBookmarkName="" int2:hashCode="17sowdNRvq0KM1" int2:id="VhqhQLcG">
      <int2:state int2:type="gram" int2:value="Rejected"/>
    </int2:bookmark>
    <int2:bookmark int2:bookmarkName="_Int_ntUV556O" int2:invalidationBookmarkName="" int2:hashCode="17sowdNRvq0KM1" int2:id="rkH53BDM">
      <int2:state int2:type="gram" int2:value="Rejected"/>
    </int2:bookmark>
    <int2:bookmark int2:bookmarkName="_Int_B4UaCu9C" int2:invalidationBookmarkName="" int2:hashCode="17sowdNRvq0KM1" int2:id="UpbD6KB7">
      <int2:state int2:type="gram" int2:value="Rejected"/>
    </int2:bookmark>
    <int2:bookmark int2:bookmarkName="_Int_AgVEEa3N" int2:invalidationBookmarkName="" int2:hashCode="17sowdNRvq0KM1" int2:id="9HYmBCUE">
      <int2:state int2:type="gram" int2:value="Rejected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1386CF68"/>
    <w:multiLevelType w:val="hybridMultilevel"/>
    <w:tmpl w:val="EB0021A4"/>
    <w:lvl w:ilvl="0" w:tplc="04D6EE76">
      <w:start w:val="1"/>
      <w:numFmt w:val="decimal"/>
      <w:lvlText w:val="%1."/>
      <w:lvlJc w:val="left"/>
      <w:pPr>
        <w:ind w:left="720" w:hanging="360"/>
      </w:pPr>
    </w:lvl>
    <w:lvl w:ilvl="1" w:tplc="A44216D4">
      <w:start w:val="1"/>
      <w:numFmt w:val="lowerLetter"/>
      <w:lvlText w:val="%2."/>
      <w:lvlJc w:val="left"/>
      <w:pPr>
        <w:ind w:left="1440" w:hanging="360"/>
      </w:pPr>
    </w:lvl>
    <w:lvl w:ilvl="2" w:tplc="48741AFE">
      <w:start w:val="1"/>
      <w:numFmt w:val="lowerRoman"/>
      <w:lvlText w:val="%3."/>
      <w:lvlJc w:val="right"/>
      <w:pPr>
        <w:ind w:left="2160" w:hanging="180"/>
      </w:pPr>
    </w:lvl>
    <w:lvl w:ilvl="3" w:tplc="C8C83CF4">
      <w:start w:val="1"/>
      <w:numFmt w:val="decimal"/>
      <w:lvlText w:val="%4."/>
      <w:lvlJc w:val="left"/>
      <w:pPr>
        <w:ind w:left="2880" w:hanging="360"/>
      </w:pPr>
    </w:lvl>
    <w:lvl w:ilvl="4" w:tplc="C0ACFCA0">
      <w:start w:val="1"/>
      <w:numFmt w:val="lowerLetter"/>
      <w:lvlText w:val="%5."/>
      <w:lvlJc w:val="left"/>
      <w:pPr>
        <w:ind w:left="3600" w:hanging="360"/>
      </w:pPr>
    </w:lvl>
    <w:lvl w:ilvl="5" w:tplc="3C667134">
      <w:start w:val="1"/>
      <w:numFmt w:val="lowerRoman"/>
      <w:lvlText w:val="%6."/>
      <w:lvlJc w:val="right"/>
      <w:pPr>
        <w:ind w:left="4320" w:hanging="180"/>
      </w:pPr>
    </w:lvl>
    <w:lvl w:ilvl="6" w:tplc="30BABDFE">
      <w:start w:val="1"/>
      <w:numFmt w:val="decimal"/>
      <w:lvlText w:val="%7."/>
      <w:lvlJc w:val="left"/>
      <w:pPr>
        <w:ind w:left="5040" w:hanging="360"/>
      </w:pPr>
    </w:lvl>
    <w:lvl w:ilvl="7" w:tplc="71740418">
      <w:start w:val="1"/>
      <w:numFmt w:val="lowerLetter"/>
      <w:lvlText w:val="%8."/>
      <w:lvlJc w:val="left"/>
      <w:pPr>
        <w:ind w:left="5760" w:hanging="360"/>
      </w:pPr>
    </w:lvl>
    <w:lvl w:ilvl="8" w:tplc="6BA2C63E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CB8247"/>
    <w:multiLevelType w:val="hybridMultilevel"/>
    <w:tmpl w:val="03CAD5EC"/>
    <w:lvl w:ilvl="0" w:tplc="436010E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2E6A92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9C4426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3BACFC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FA6974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F405AD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AE28B6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ED0A66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C2A2BE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104914296">
    <w:abstractNumId w:val="9"/>
  </w:num>
  <w:num w:numId="2" w16cid:durableId="1550610198">
    <w:abstractNumId w:val="10"/>
  </w:num>
  <w:num w:numId="3" w16cid:durableId="1608074583">
    <w:abstractNumId w:val="8"/>
  </w:num>
  <w:num w:numId="4" w16cid:durableId="1607737796">
    <w:abstractNumId w:val="6"/>
  </w:num>
  <w:num w:numId="5" w16cid:durableId="1247492136">
    <w:abstractNumId w:val="5"/>
  </w:num>
  <w:num w:numId="6" w16cid:durableId="1705055136">
    <w:abstractNumId w:val="4"/>
  </w:num>
  <w:num w:numId="7" w16cid:durableId="489642227">
    <w:abstractNumId w:val="7"/>
  </w:num>
  <w:num w:numId="8" w16cid:durableId="753353928">
    <w:abstractNumId w:val="3"/>
  </w:num>
  <w:num w:numId="9" w16cid:durableId="786392184">
    <w:abstractNumId w:val="2"/>
  </w:num>
  <w:num w:numId="10" w16cid:durableId="1259409522">
    <w:abstractNumId w:val="1"/>
  </w:num>
  <w:num w:numId="11" w16cid:durableId="5382186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0C59"/>
    <w:rsid w:val="0006063C"/>
    <w:rsid w:val="000724AE"/>
    <w:rsid w:val="000F3804"/>
    <w:rsid w:val="001012CA"/>
    <w:rsid w:val="0015074B"/>
    <w:rsid w:val="001B5E4F"/>
    <w:rsid w:val="001D1BEF"/>
    <w:rsid w:val="00227E8B"/>
    <w:rsid w:val="0029639D"/>
    <w:rsid w:val="00326F90"/>
    <w:rsid w:val="004027FB"/>
    <w:rsid w:val="00412970"/>
    <w:rsid w:val="00471E16"/>
    <w:rsid w:val="00590381"/>
    <w:rsid w:val="005A7057"/>
    <w:rsid w:val="006E35A9"/>
    <w:rsid w:val="00711431"/>
    <w:rsid w:val="007C1F6F"/>
    <w:rsid w:val="008776B5"/>
    <w:rsid w:val="00882F85"/>
    <w:rsid w:val="008D414E"/>
    <w:rsid w:val="009674A1"/>
    <w:rsid w:val="009A522E"/>
    <w:rsid w:val="00AA1D8D"/>
    <w:rsid w:val="00AD5559"/>
    <w:rsid w:val="00B32E5E"/>
    <w:rsid w:val="00B47730"/>
    <w:rsid w:val="00BA4000"/>
    <w:rsid w:val="00C81DF9"/>
    <w:rsid w:val="00CB0664"/>
    <w:rsid w:val="00CB38D8"/>
    <w:rsid w:val="00CF688E"/>
    <w:rsid w:val="00D11A0B"/>
    <w:rsid w:val="00D57893"/>
    <w:rsid w:val="00D62959"/>
    <w:rsid w:val="00D84AFF"/>
    <w:rsid w:val="00E335F0"/>
    <w:rsid w:val="00EF5870"/>
    <w:rsid w:val="00FC693F"/>
    <w:rsid w:val="00FC78CD"/>
    <w:rsid w:val="024D77AC"/>
    <w:rsid w:val="02EBD8D2"/>
    <w:rsid w:val="04BED14E"/>
    <w:rsid w:val="04FBE75A"/>
    <w:rsid w:val="04FBE75A"/>
    <w:rsid w:val="055E8CFA"/>
    <w:rsid w:val="05730395"/>
    <w:rsid w:val="05D5BE9E"/>
    <w:rsid w:val="0630F82F"/>
    <w:rsid w:val="066D5C8C"/>
    <w:rsid w:val="08FCB14A"/>
    <w:rsid w:val="0915850E"/>
    <w:rsid w:val="094DA3FC"/>
    <w:rsid w:val="0C2353A3"/>
    <w:rsid w:val="0E16F083"/>
    <w:rsid w:val="0E5F19FB"/>
    <w:rsid w:val="111CEDFB"/>
    <w:rsid w:val="11F8B27F"/>
    <w:rsid w:val="12D3C7F1"/>
    <w:rsid w:val="15898D8C"/>
    <w:rsid w:val="1647215F"/>
    <w:rsid w:val="16542742"/>
    <w:rsid w:val="16542742"/>
    <w:rsid w:val="1665B48A"/>
    <w:rsid w:val="18594B85"/>
    <w:rsid w:val="18F6CA0E"/>
    <w:rsid w:val="19CD8157"/>
    <w:rsid w:val="1A22CE04"/>
    <w:rsid w:val="1A2F86D0"/>
    <w:rsid w:val="1B0E0EC0"/>
    <w:rsid w:val="1B14C52D"/>
    <w:rsid w:val="1BD85A43"/>
    <w:rsid w:val="1D3B33F6"/>
    <w:rsid w:val="1DF2D299"/>
    <w:rsid w:val="1FB14827"/>
    <w:rsid w:val="1FBE8FBC"/>
    <w:rsid w:val="1FD6D8C2"/>
    <w:rsid w:val="21801C21"/>
    <w:rsid w:val="2400A9EB"/>
    <w:rsid w:val="28E5DECD"/>
    <w:rsid w:val="28E5DECD"/>
    <w:rsid w:val="292E31F2"/>
    <w:rsid w:val="2B011823"/>
    <w:rsid w:val="2C1D7804"/>
    <w:rsid w:val="2C3600ED"/>
    <w:rsid w:val="2D4B228B"/>
    <w:rsid w:val="2D632CA5"/>
    <w:rsid w:val="2E105FCF"/>
    <w:rsid w:val="2F0CD924"/>
    <w:rsid w:val="2F5D2788"/>
    <w:rsid w:val="31CD4E7E"/>
    <w:rsid w:val="33FA5866"/>
    <w:rsid w:val="37297319"/>
    <w:rsid w:val="3843D0E7"/>
    <w:rsid w:val="387B26F3"/>
    <w:rsid w:val="3881AA25"/>
    <w:rsid w:val="393A6B6A"/>
    <w:rsid w:val="3995527B"/>
    <w:rsid w:val="3AE3CEDF"/>
    <w:rsid w:val="3B80AAEA"/>
    <w:rsid w:val="3C276159"/>
    <w:rsid w:val="3CBA8BBE"/>
    <w:rsid w:val="3DF1B25B"/>
    <w:rsid w:val="3DFE63E2"/>
    <w:rsid w:val="3E45838B"/>
    <w:rsid w:val="3F10E012"/>
    <w:rsid w:val="3FE4DE98"/>
    <w:rsid w:val="44A223A6"/>
    <w:rsid w:val="46AD872E"/>
    <w:rsid w:val="46EA95B9"/>
    <w:rsid w:val="470F3195"/>
    <w:rsid w:val="48E87870"/>
    <w:rsid w:val="4AA5F4F9"/>
    <w:rsid w:val="4B77B0FF"/>
    <w:rsid w:val="4BB02EE5"/>
    <w:rsid w:val="4BECF101"/>
    <w:rsid w:val="4DA93706"/>
    <w:rsid w:val="4E12C56B"/>
    <w:rsid w:val="4ED05906"/>
    <w:rsid w:val="5073E59B"/>
    <w:rsid w:val="50E1BE89"/>
    <w:rsid w:val="50E81EDA"/>
    <w:rsid w:val="51374180"/>
    <w:rsid w:val="52024E95"/>
    <w:rsid w:val="52130347"/>
    <w:rsid w:val="52189CFC"/>
    <w:rsid w:val="528B2810"/>
    <w:rsid w:val="52A4B2E4"/>
    <w:rsid w:val="54670B2C"/>
    <w:rsid w:val="56D91799"/>
    <w:rsid w:val="56F15010"/>
    <w:rsid w:val="573C2DF1"/>
    <w:rsid w:val="5755DF8F"/>
    <w:rsid w:val="578001F2"/>
    <w:rsid w:val="5AD9F55B"/>
    <w:rsid w:val="5AE07EA8"/>
    <w:rsid w:val="5B71FAB4"/>
    <w:rsid w:val="5B923F18"/>
    <w:rsid w:val="5B9839BE"/>
    <w:rsid w:val="5BD92FBE"/>
    <w:rsid w:val="5BF2B047"/>
    <w:rsid w:val="5C3C7DC3"/>
    <w:rsid w:val="5C52A95E"/>
    <w:rsid w:val="5D08E26B"/>
    <w:rsid w:val="5E52F584"/>
    <w:rsid w:val="5F00BBA9"/>
    <w:rsid w:val="5F71CA9F"/>
    <w:rsid w:val="601D8C7C"/>
    <w:rsid w:val="6294318C"/>
    <w:rsid w:val="63F74E2A"/>
    <w:rsid w:val="64021129"/>
    <w:rsid w:val="657315C0"/>
    <w:rsid w:val="658CA24C"/>
    <w:rsid w:val="661A7376"/>
    <w:rsid w:val="663ADA7A"/>
    <w:rsid w:val="676ED36D"/>
    <w:rsid w:val="690F20EB"/>
    <w:rsid w:val="69E6BE84"/>
    <w:rsid w:val="6B45F7C0"/>
    <w:rsid w:val="6C683724"/>
    <w:rsid w:val="6D72C509"/>
    <w:rsid w:val="6D96B206"/>
    <w:rsid w:val="6F154C87"/>
    <w:rsid w:val="6F51515B"/>
    <w:rsid w:val="6F9CC0C5"/>
    <w:rsid w:val="716109A8"/>
    <w:rsid w:val="71861770"/>
    <w:rsid w:val="72A97A0B"/>
    <w:rsid w:val="74137BAE"/>
    <w:rsid w:val="7535D21E"/>
    <w:rsid w:val="75C402F5"/>
    <w:rsid w:val="75D88232"/>
    <w:rsid w:val="77E0B852"/>
    <w:rsid w:val="77E6EC6B"/>
    <w:rsid w:val="7898C638"/>
    <w:rsid w:val="78C48E09"/>
    <w:rsid w:val="795F559E"/>
    <w:rsid w:val="7B64EE19"/>
    <w:rsid w:val="7B9BAB97"/>
    <w:rsid w:val="7BF25245"/>
    <w:rsid w:val="7C3B2900"/>
    <w:rsid w:val="7CBA9E4B"/>
    <w:rsid w:val="7CBFFF3D"/>
    <w:rsid w:val="7CE8535C"/>
    <w:rsid w:val="7D36C5D9"/>
    <w:rsid w:val="7D5DCC6C"/>
    <w:rsid w:val="7D6DF4AD"/>
    <w:rsid w:val="7F419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C38F4EC"/>
  <w14:defaultImageDpi w14:val="300"/>
  <w15:docId w15:val="{68B5B0BD-6F0F-1548-B48D-630CC9FF0B9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601D8C7C"/>
    <w:pPr>
      <w:spacing w:after="0"/>
    </w:pPr>
    <w:rPr>
      <w:rFonts w:ascii="Calibri" w:hAnsi="Calibri" w:eastAsia="Calibri" w:cs="Calibr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76B5"/>
    <w:pPr>
      <w:keepNext/>
      <w:keepLines/>
      <w:spacing w:before="480"/>
      <w:outlineLvl w:val="0"/>
    </w:pPr>
    <w:rPr>
      <w:rFonts w:ascii="Verdana" w:hAnsi="Verdana" w:eastAsia="Verdana" w:cs="Verdana"/>
      <w:color w:val="1F497D" w:themeColor="text2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1A22CE04"/>
    <w:pPr>
      <w:keepNext/>
      <w:keepLines/>
      <w:spacing w:before="40" w:after="120"/>
      <w:outlineLvl w:val="1"/>
    </w:pPr>
    <w:rPr>
      <w:rFonts w:ascii="Verdana" w:hAnsi="Verdana" w:eastAsia="Verdana" w:cs="Verdana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601D8C7C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601D8C7C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601D8C7C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601D8C7C"/>
    <w:pPr>
      <w:keepNext/>
      <w:keepLines/>
      <w:spacing w:before="200"/>
      <w:outlineLvl w:val="5"/>
    </w:pPr>
    <w:rPr>
      <w:rFonts w:asciiTheme="majorHAnsi" w:hAnsiTheme="majorHAnsi" w:eastAsiaTheme="majorEastAsia" w:cstheme="majorBidi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601D8C7C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601D8C7C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601D8C7C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601D8C7C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601D8C7C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8776B5"/>
    <w:rPr>
      <w:rFonts w:ascii="Verdana" w:hAnsi="Verdana" w:eastAsia="Verdana" w:cs="Verdana"/>
      <w:color w:val="1F497D" w:themeColor="text2"/>
      <w:sz w:val="36"/>
      <w:szCs w:val="36"/>
    </w:rPr>
  </w:style>
  <w:style w:type="character" w:styleId="Heading2Char" w:customStyle="1">
    <w:name w:val="Heading 2 Char"/>
    <w:basedOn w:val="DefaultParagraphFont"/>
    <w:link w:val="Heading2"/>
    <w:uiPriority w:val="9"/>
    <w:rsid w:val="1A22CE04"/>
    <w:rPr>
      <w:rFonts w:ascii="Verdana" w:hAnsi="Verdana" w:eastAsia="Verdana" w:cs="Verdana"/>
      <w:b w:val="0"/>
      <w:bCs w:val="0"/>
      <w:i w:val="0"/>
      <w:iCs w:val="0"/>
      <w:caps w:val="0"/>
      <w:smallCaps w:val="0"/>
      <w:noProof w:val="0"/>
      <w:color w:val="2F5496"/>
      <w:sz w:val="26"/>
      <w:szCs w:val="26"/>
      <w:lang w:val="en-US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601D8C7C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601D8C7C"/>
    <w:rPr>
      <w:rFonts w:asciiTheme="majorHAnsi" w:hAnsiTheme="majorHAnsi" w:eastAsiaTheme="majorEastAsia" w:cstheme="majorBidi"/>
      <w:i/>
      <w:iCs/>
      <w:color w:val="4F81BD" w:themeColor="accent1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601D8C7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601D8C7C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601D8C7C"/>
    <w:pPr>
      <w:spacing w:after="120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601D8C7C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601D8C7C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601D8C7C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601D8C7C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601D8C7C"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unhideWhenUsed/>
    <w:rsid w:val="601D8C7C"/>
    <w:pPr>
      <w:numPr>
        <w:numId w:val="4"/>
      </w:numPr>
      <w:contextualSpacing/>
    </w:pPr>
  </w:style>
  <w:style w:type="paragraph" w:styleId="ListBullet3">
    <w:name w:val="List Bullet 3"/>
    <w:basedOn w:val="Normal"/>
    <w:uiPriority w:val="99"/>
    <w:unhideWhenUsed/>
    <w:rsid w:val="601D8C7C"/>
    <w:pPr>
      <w:numPr>
        <w:numId w:val="5"/>
      </w:numPr>
      <w:contextualSpacing/>
    </w:pPr>
  </w:style>
  <w:style w:type="paragraph" w:styleId="ListNumber">
    <w:name w:val="List Number"/>
    <w:basedOn w:val="Normal"/>
    <w:uiPriority w:val="99"/>
    <w:unhideWhenUsed/>
    <w:rsid w:val="601D8C7C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unhideWhenUsed/>
    <w:rsid w:val="601D8C7C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unhideWhenUsed/>
    <w:rsid w:val="601D8C7C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9"/>
    <w:unhideWhenUsed/>
    <w:rsid w:val="601D8C7C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601D8C7C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601D8C7C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601D8C7C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601D8C7C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601D8C7C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601D8C7C"/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CommentText">
    <w:name w:val="Comment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rFonts w:ascii="Calibri" w:hAnsi="Calibri" w:eastAsia="Calibri" w:cs="Calibri"/>
      <w:sz w:val="20"/>
      <w:szCs w:val="20"/>
    </w:rPr>
  </w:style>
  <w:style w:type="character" w:styleId="CommentReference">
    <w:name w:val="Comment Reference"/>
    <w:basedOn w:val="DefaultParagraphFont"/>
    <w:uiPriority w:val="99"/>
    <w:semiHidden/>
    <w:unhideWhenUsed/>
    <w:rPr>
      <w:sz w:val="16"/>
      <w:szCs w:val="16"/>
    </w:r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microsoft.com/office/2020/10/relationships/intelligence" Target="intelligence2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Relationship Type="http://schemas.openxmlformats.org/officeDocument/2006/relationships/hyperlink" Target="https://us02web.zoom.us/j/86183815853?pwd=Sgax3uNSJ88abZO3V3OP7owaet3ISK.1" TargetMode="External" Id="R0b69b9e9863d461b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7FD8AEDA893740B2E2B561320165F3" ma:contentTypeVersion="18" ma:contentTypeDescription="Create a new document." ma:contentTypeScope="" ma:versionID="d41adc17b9250334b9ac84912f0d2ce9">
  <xsd:schema xmlns:xsd="http://www.w3.org/2001/XMLSchema" xmlns:xs="http://www.w3.org/2001/XMLSchema" xmlns:p="http://schemas.microsoft.com/office/2006/metadata/properties" xmlns:ns2="49174984-12fa-4a24-9ef6-8a7dc6c2db71" xmlns:ns3="04fb2b99-be89-4f45-b37c-be1ef0c04955" targetNamespace="http://schemas.microsoft.com/office/2006/metadata/properties" ma:root="true" ma:fieldsID="0ad1b2399b7f633cc487ed97dc42fae8" ns2:_="" ns3:_="">
    <xsd:import namespace="49174984-12fa-4a24-9ef6-8a7dc6c2db71"/>
    <xsd:import namespace="04fb2b99-be89-4f45-b37c-be1ef0c0495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174984-12fa-4a24-9ef6-8a7dc6c2db7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eaa66db-708c-4f1a-b3bc-bbce3a8f22fd}" ma:internalName="TaxCatchAll" ma:showField="CatchAllData" ma:web="49174984-12fa-4a24-9ef6-8a7dc6c2db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fb2b99-be89-4f45-b37c-be1ef0c049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48242fc-8867-421b-8d4f-f4d5bb5187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fb2b99-be89-4f45-b37c-be1ef0c04955">
      <Terms xmlns="http://schemas.microsoft.com/office/infopath/2007/PartnerControls"/>
    </lcf76f155ced4ddcb4097134ff3c332f>
    <TaxCatchAll xmlns="49174984-12fa-4a24-9ef6-8a7dc6c2db7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62BA915-BE7A-4DE5-BD8B-7B1C58D30F29}"/>
</file>

<file path=customXml/itemProps2.xml><?xml version="1.0" encoding="utf-8"?>
<ds:datastoreItem xmlns:ds="http://schemas.openxmlformats.org/officeDocument/2006/customXml" ds:itemID="{2A3A0A71-C319-4518-AE07-C5FB31761B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7E17BF-2E7D-46F5-BDE8-D2C9510ADF5A}">
  <ds:schemaRefs>
    <ds:schemaRef ds:uri="http://schemas.microsoft.com/office/2006/metadata/properties"/>
    <ds:schemaRef ds:uri="http://schemas.microsoft.com/office/infopath/2007/PartnerControls"/>
    <ds:schemaRef ds:uri="fee80435-36fc-4da1-8819-2ce37247b0e4"/>
    <ds:schemaRef ds:uri="1f4a7b86-b388-4593-9eb8-132297e538c0"/>
  </ds:schemaRefs>
</ds:datastoreItem>
</file>

<file path=customXml/itemProps4.xml><?xml version="1.0" encoding="utf-8"?>
<ds:datastoreItem xmlns:ds="http://schemas.openxmlformats.org/officeDocument/2006/customXml" ds:itemID="{08B3DC78-3C9B-0941-ACEE-5DCA86D1429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Debra Wischmeyer</lastModifiedBy>
  <revision>25</revision>
  <dcterms:created xsi:type="dcterms:W3CDTF">2013-12-23T23:15:00.0000000Z</dcterms:created>
  <dcterms:modified xsi:type="dcterms:W3CDTF">2026-06-03T21:27:05.4125522Z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be2f525f-e303-4273-9e45-dba6fada036f</vt:lpwstr>
  </property>
  <property fmtid="{D5CDD505-2E9C-101B-9397-08002B2CF9AE}" pid="4" name="MediaServiceImageTags">
    <vt:lpwstr/>
  </property>
  <property fmtid="{D5CDD505-2E9C-101B-9397-08002B2CF9AE}" pid="5" name="ContentTypeId">
    <vt:lpwstr>0x010100417FD8AEDA893740B2E2B561320165F3</vt:lpwstr>
  </property>
</Properties>
</file>